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0E468" w14:textId="77777777" w:rsidR="006546D1" w:rsidRDefault="000873FB">
      <w:pPr>
        <w:pStyle w:val="Title"/>
        <w:jc w:val="center"/>
      </w:pPr>
      <w:r>
        <w:t>Alex Szliwoski</w:t>
      </w:r>
    </w:p>
    <w:p w14:paraId="6D6739E1" w14:textId="1EC9F89F" w:rsidR="006546D1" w:rsidRDefault="000873FB">
      <w:pPr>
        <w:jc w:val="center"/>
      </w:pPr>
      <w:r>
        <w:t xml:space="preserve">Palm City, FL | (347) 574-2273 | </w:t>
      </w:r>
      <w:hyperlink r:id="rId8" w:history="1">
        <w:r w:rsidR="00360B96" w:rsidRPr="0082757A">
          <w:rPr>
            <w:rStyle w:val="Hyperlink"/>
          </w:rPr>
          <w:t>aszliwoski@hotmail.com</w:t>
        </w:r>
      </w:hyperlink>
      <w:r w:rsidR="00360B96">
        <w:t xml:space="preserve"> | alexszliwoski.com</w:t>
      </w:r>
    </w:p>
    <w:p w14:paraId="2C244D3F" w14:textId="123C8F8E" w:rsidR="006546D1" w:rsidRDefault="00384FA8">
      <w:pPr>
        <w:pStyle w:val="Heading1"/>
      </w:pPr>
      <w:r>
        <w:t>Professional Summary</w:t>
      </w:r>
    </w:p>
    <w:p w14:paraId="07B441EE" w14:textId="1E3FC8B6" w:rsidR="006546D1" w:rsidRDefault="006E1ECB">
      <w:r w:rsidRPr="006E1ECB">
        <w:t>Senior Network &amp; Systems Engineer with 20+ years of experience architecting, securing, and modernizing enterprise IT infrastructure for financial services, healthcare, manufacturing, and managed services organizations. Extensive expertise across Microsoft technologies, cloud platforms, enterprise networking, virtualization, cybersecurity, and infrastructure transformation initiatives, with a proven track record supporting complex global environments.</w:t>
      </w:r>
    </w:p>
    <w:p w14:paraId="29520B59" w14:textId="77777777" w:rsidR="006546D1" w:rsidRPr="00384FA8" w:rsidRDefault="000873FB">
      <w:pPr>
        <w:pStyle w:val="Heading2"/>
        <w:rPr>
          <w:color w:val="365F91" w:themeColor="accent1" w:themeShade="BF"/>
          <w:sz w:val="28"/>
          <w:szCs w:val="28"/>
        </w:rPr>
      </w:pPr>
      <w:r w:rsidRPr="00384FA8">
        <w:rPr>
          <w:color w:val="365F91" w:themeColor="accent1" w:themeShade="BF"/>
          <w:sz w:val="28"/>
          <w:szCs w:val="28"/>
        </w:rPr>
        <w:t>Key Achievements</w:t>
      </w:r>
    </w:p>
    <w:p w14:paraId="4B8A1E89" w14:textId="00B7257D" w:rsidR="006546D1" w:rsidRDefault="4AE7A662">
      <w:pPr>
        <w:pStyle w:val="ListBullet"/>
      </w:pPr>
      <w:r>
        <w:t>20+ years of enterprise IT infrastructure experience</w:t>
      </w:r>
    </w:p>
    <w:p w14:paraId="0CC2595F" w14:textId="4181F79C" w:rsidR="006546D1" w:rsidRDefault="4AE7A662">
      <w:pPr>
        <w:pStyle w:val="ListBullet"/>
      </w:pPr>
      <w:r>
        <w:t>Supported environments with approximately 70,000 endpoints, thousands of servers and VMs</w:t>
      </w:r>
      <w:r w:rsidR="006E1ECB">
        <w:t>, over 2,500 individual corporate applications</w:t>
      </w:r>
      <w:r w:rsidR="00522047">
        <w:t xml:space="preserve"> across</w:t>
      </w:r>
      <w:r>
        <w:t xml:space="preserve"> 1,000+ global </w:t>
      </w:r>
      <w:r w:rsidR="00522047">
        <w:t>locations</w:t>
      </w:r>
      <w:r w:rsidR="006E1ECB">
        <w:t xml:space="preserve"> around the world</w:t>
      </w:r>
    </w:p>
    <w:p w14:paraId="16EB3EB2" w14:textId="10E91622" w:rsidR="006546D1" w:rsidRDefault="00522047">
      <w:pPr>
        <w:pStyle w:val="ListBullet"/>
      </w:pPr>
      <w:r w:rsidRPr="00522047">
        <w:t>Helped maintain 99.9% infrastructure availability across mission-critical systems</w:t>
      </w:r>
    </w:p>
    <w:p w14:paraId="59D0FA72" w14:textId="56431271" w:rsidR="006546D1" w:rsidRDefault="38D7E3F1">
      <w:pPr>
        <w:pStyle w:val="ListBullet"/>
      </w:pPr>
      <w:r>
        <w:t>Successfully executed</w:t>
      </w:r>
      <w:r w:rsidR="4AE7A662">
        <w:t xml:space="preserve"> 26 enterprise</w:t>
      </w:r>
      <w:r w:rsidR="2275614F">
        <w:t xml:space="preserve"> infrastructure</w:t>
      </w:r>
      <w:r w:rsidR="4AE7A662">
        <w:t xml:space="preserve"> migration projects</w:t>
      </w:r>
      <w:r w:rsidR="4FF25805">
        <w:t xml:space="preserve"> involving workstation deployments, operating system</w:t>
      </w:r>
      <w:r w:rsidR="006E1ECB">
        <w:t>/patching</w:t>
      </w:r>
      <w:r w:rsidR="4FF25805">
        <w:t xml:space="preserve"> upgrades, </w:t>
      </w:r>
      <w:r w:rsidR="461E8B8C">
        <w:t>network and hardware modernization while minimizing business disruption across a global enterprise</w:t>
      </w:r>
    </w:p>
    <w:p w14:paraId="4124C1B4" w14:textId="25AA3D20" w:rsidR="006546D1" w:rsidRDefault="4AE7A662">
      <w:pPr>
        <w:pStyle w:val="ListBullet"/>
      </w:pPr>
      <w:r>
        <w:t>Collaborated with</w:t>
      </w:r>
      <w:r w:rsidR="545C0AA2">
        <w:t xml:space="preserve"> Help Desk, DevOps, </w:t>
      </w:r>
      <w:r w:rsidR="006E1ECB">
        <w:t>Financial Advisors, Analysts, Cyber</w:t>
      </w:r>
      <w:r w:rsidR="545C0AA2">
        <w:t xml:space="preserve"> Security, Virtualization,</w:t>
      </w:r>
      <w:r w:rsidR="7350FCDE">
        <w:t xml:space="preserve"> </w:t>
      </w:r>
      <w:r w:rsidR="5B1659B5">
        <w:t xml:space="preserve">Application Owners </w:t>
      </w:r>
      <w:r w:rsidR="7350FCDE">
        <w:t xml:space="preserve">and Infrastructure teams to resolve complex enterprise </w:t>
      </w:r>
      <w:r w:rsidR="00522047">
        <w:t>incidents</w:t>
      </w:r>
      <w:r w:rsidR="7350FCDE">
        <w:t>, implement new technologies</w:t>
      </w:r>
      <w:r w:rsidR="7AAB57CE">
        <w:t>, and support critical business operations</w:t>
      </w:r>
    </w:p>
    <w:p w14:paraId="3A27EB83" w14:textId="21D5217F" w:rsidR="006546D1" w:rsidRDefault="4AE7A662">
      <w:pPr>
        <w:pStyle w:val="ListBullet"/>
      </w:pPr>
      <w:r>
        <w:t>CCNA, MCSE,</w:t>
      </w:r>
      <w:r w:rsidR="00522047">
        <w:t xml:space="preserve"> CompTIA A+</w:t>
      </w:r>
      <w:r>
        <w:t xml:space="preserve"> and MCSA certified</w:t>
      </w:r>
    </w:p>
    <w:p w14:paraId="2882C141" w14:textId="77777777" w:rsidR="006546D1" w:rsidRPr="00384FA8" w:rsidRDefault="000873FB">
      <w:pPr>
        <w:pStyle w:val="Heading2"/>
        <w:rPr>
          <w:color w:val="365F91" w:themeColor="accent1" w:themeShade="BF"/>
          <w:sz w:val="28"/>
          <w:szCs w:val="28"/>
        </w:rPr>
      </w:pPr>
      <w:r w:rsidRPr="00384FA8">
        <w:rPr>
          <w:color w:val="365F91" w:themeColor="accent1" w:themeShade="BF"/>
          <w:sz w:val="28"/>
          <w:szCs w:val="28"/>
        </w:rPr>
        <w:t>Professional Experience</w:t>
      </w:r>
    </w:p>
    <w:p w14:paraId="3B3CAB16" w14:textId="31FA2A94" w:rsidR="006546D1" w:rsidRDefault="4AE7A662">
      <w:pPr>
        <w:pStyle w:val="Heading3"/>
      </w:pPr>
      <w:r>
        <w:t xml:space="preserve">Silicon Valley Bank / First Citizens Bank | Systems Engineer II | Apr 2020 – </w:t>
      </w:r>
      <w:r w:rsidR="16815D96">
        <w:t>Oct 2026</w:t>
      </w:r>
    </w:p>
    <w:p w14:paraId="217C47FB" w14:textId="5D6C2E7A" w:rsidR="006546D1" w:rsidRDefault="4AE7A662">
      <w:pPr>
        <w:pStyle w:val="ListBullet"/>
      </w:pPr>
      <w:r>
        <w:t>Support</w:t>
      </w:r>
      <w:r w:rsidR="00134C7A">
        <w:t>ed</w:t>
      </w:r>
      <w:r>
        <w:t xml:space="preserve"> enterprise infrastructure serving approximately 70,000 endpoints across 1,000+ global locations</w:t>
      </w:r>
    </w:p>
    <w:p w14:paraId="37E22B9F" w14:textId="7454DCDE" w:rsidR="006546D1" w:rsidRDefault="4AE7A662">
      <w:pPr>
        <w:pStyle w:val="ListBullet"/>
      </w:pPr>
      <w:r>
        <w:t>Perform</w:t>
      </w:r>
      <w:r w:rsidR="00134C7A">
        <w:t>ed</w:t>
      </w:r>
      <w:r>
        <w:t xml:space="preserve"> advanced troubleshooting for Windows </w:t>
      </w:r>
      <w:r w:rsidR="76578BAF">
        <w:t xml:space="preserve">and Mac </w:t>
      </w:r>
      <w:r>
        <w:t>systems, networking, and enterprise infrastructure supporting over 20,000 end users</w:t>
      </w:r>
      <w:r w:rsidR="006E1ECB">
        <w:t xml:space="preserve"> including IAM/AD group audit management and remediation.</w:t>
      </w:r>
    </w:p>
    <w:p w14:paraId="7AB03884" w14:textId="30BC4CDE" w:rsidR="006546D1" w:rsidRDefault="00B01370">
      <w:pPr>
        <w:pStyle w:val="ListBullet"/>
      </w:pPr>
      <w:r w:rsidRPr="00B01370">
        <w:t>Successfully delivered 26 enterprise migration projects involving workstation deployments, operating system upgrades, and infrastructure modernization while minimizing operational downtime</w:t>
      </w:r>
    </w:p>
    <w:p w14:paraId="55752447" w14:textId="79F1E8A4" w:rsidR="006546D1" w:rsidRDefault="00B01370">
      <w:pPr>
        <w:pStyle w:val="ListBullet"/>
      </w:pPr>
      <w:r w:rsidRPr="00B01370">
        <w:t>Supported thousands of virtual machines, enterprise servers, and critical business applications contributing to 99.9% infrastructure availability</w:t>
      </w:r>
    </w:p>
    <w:p w14:paraId="09FD8918" w14:textId="682EF4BC" w:rsidR="006546D1" w:rsidRDefault="00B01370">
      <w:pPr>
        <w:pStyle w:val="ListBullet"/>
      </w:pPr>
      <w:r w:rsidRPr="00B01370">
        <w:t>Authored engineering documentation, SOPs, and knowledge base articles that improved troubleshooting consistency and accelerated issue resolution</w:t>
      </w:r>
    </w:p>
    <w:p w14:paraId="5E811444" w14:textId="18E3DA27" w:rsidR="006546D1" w:rsidRDefault="4AE7A662">
      <w:pPr>
        <w:pStyle w:val="Heading3"/>
      </w:pPr>
      <w:r>
        <w:t xml:space="preserve">Dynix </w:t>
      </w:r>
      <w:proofErr w:type="spellStart"/>
      <w:r>
        <w:t>Diagnostix</w:t>
      </w:r>
      <w:proofErr w:type="spellEnd"/>
      <w:r>
        <w:t xml:space="preserve"> Laboratory | </w:t>
      </w:r>
      <w:r w:rsidR="5601AFD1">
        <w:t xml:space="preserve">Senior </w:t>
      </w:r>
      <w:r>
        <w:t>Systems Engineer | Jan 2016 – Mar 2020</w:t>
      </w:r>
    </w:p>
    <w:p w14:paraId="18F35789" w14:textId="2DC42008" w:rsidR="006546D1" w:rsidRDefault="00B01370">
      <w:pPr>
        <w:pStyle w:val="ListBullet"/>
      </w:pPr>
      <w:r w:rsidRPr="00B01370">
        <w:t>Engineered and administered VMware and Hyper-V virtualization platforms, SAN infrastructure, Active Directory, Exchange, enterprise networking, disaster recovery, cybersecurity controls, and backup solutions supporting business-critical operations</w:t>
      </w:r>
    </w:p>
    <w:p w14:paraId="4A71ECA6" w14:textId="7F5700C8" w:rsidR="006546D1" w:rsidRDefault="4AE7A662">
      <w:pPr>
        <w:pStyle w:val="ListBullet"/>
      </w:pPr>
      <w:r>
        <w:t>Built Windows</w:t>
      </w:r>
      <w:r w:rsidR="2B83FC84">
        <w:t xml:space="preserve"> and Linux</w:t>
      </w:r>
      <w:r>
        <w:t xml:space="preserve"> </w:t>
      </w:r>
      <w:r w:rsidR="00B01370">
        <w:t>PCs, s</w:t>
      </w:r>
      <w:r>
        <w:t>erver</w:t>
      </w:r>
      <w:r w:rsidR="6A504B29">
        <w:t>s</w:t>
      </w:r>
      <w:r w:rsidR="00B01370">
        <w:t xml:space="preserve">, </w:t>
      </w:r>
      <w:r>
        <w:t>Active Directory environments</w:t>
      </w:r>
    </w:p>
    <w:p w14:paraId="3823EE79" w14:textId="59F8AD19" w:rsidR="00CD4608" w:rsidRDefault="23567ABB" w:rsidP="00CD4608">
      <w:pPr>
        <w:pStyle w:val="ListBullet"/>
      </w:pPr>
      <w:r>
        <w:t>Designed</w:t>
      </w:r>
      <w:r w:rsidR="05DC798B">
        <w:t xml:space="preserve"> and maintained VMware</w:t>
      </w:r>
      <w:r w:rsidR="00A643CC">
        <w:t>/</w:t>
      </w:r>
      <w:r w:rsidR="05DC798B">
        <w:t xml:space="preserve"> Hyper-V environments, SAN clustering, Active Directory, </w:t>
      </w:r>
      <w:r w:rsidR="006E1ECB">
        <w:t xml:space="preserve">high-availability, conditional access policies, MBAM encryption, QoS, NAT, failover and load-balancing, NIC teaming, SIP </w:t>
      </w:r>
      <w:proofErr w:type="spellStart"/>
      <w:r w:rsidR="006E1ECB">
        <w:t>trunking</w:t>
      </w:r>
      <w:proofErr w:type="spellEnd"/>
      <w:r w:rsidR="006E1ECB">
        <w:t xml:space="preserve">, DNS and DHCP configuration, </w:t>
      </w:r>
      <w:r w:rsidR="05DC798B">
        <w:t>wireless access points, VPNs, Microsoft Exchange, firewall</w:t>
      </w:r>
      <w:r w:rsidR="006E1ECB">
        <w:t xml:space="preserve"> rules</w:t>
      </w:r>
      <w:r w:rsidR="05DC798B">
        <w:t xml:space="preserve">, </w:t>
      </w:r>
      <w:r w:rsidR="006E1ECB">
        <w:t xml:space="preserve">Layer 2 switching and </w:t>
      </w:r>
      <w:r w:rsidR="006E1ECB">
        <w:lastRenderedPageBreak/>
        <w:t>Layer 3 routing (OSPF, BGP, EIGRP, RIP), certificate management</w:t>
      </w:r>
      <w:r w:rsidR="05DC798B">
        <w:t>,</w:t>
      </w:r>
      <w:r w:rsidR="18C3C756">
        <w:t xml:space="preserve"> VoIP phone system,</w:t>
      </w:r>
      <w:r w:rsidR="05DC798B">
        <w:t xml:space="preserve"> Group Policy, product lifecycle management</w:t>
      </w:r>
      <w:r w:rsidR="006E1ECB">
        <w:t xml:space="preserve"> (PLM) systems</w:t>
      </w:r>
      <w:r w:rsidR="05DC798B">
        <w:t>, cybersecurity</w:t>
      </w:r>
      <w:r w:rsidR="006E1ECB">
        <w:t xml:space="preserve"> solutions</w:t>
      </w:r>
      <w:r w:rsidR="05DC798B">
        <w:t>,</w:t>
      </w:r>
      <w:r w:rsidR="006E1ECB">
        <w:t xml:space="preserve"> cloud/on-prem</w:t>
      </w:r>
      <w:r w:rsidR="05DC798B">
        <w:t xml:space="preserve"> backup</w:t>
      </w:r>
      <w:r w:rsidR="006E1ECB">
        <w:t>s</w:t>
      </w:r>
      <w:r w:rsidR="05DC798B">
        <w:t>, and disaster recovery solutions</w:t>
      </w:r>
    </w:p>
    <w:p w14:paraId="06BC218E" w14:textId="6FB64210" w:rsidR="00CD4608" w:rsidRDefault="00CD4608" w:rsidP="00CD4608">
      <w:pPr>
        <w:pStyle w:val="ListBullet"/>
      </w:pPr>
      <w:r w:rsidRPr="00CD4608">
        <w:t>Developed numerous marketing programs</w:t>
      </w:r>
      <w:r>
        <w:t xml:space="preserve"> </w:t>
      </w:r>
      <w:r w:rsidRPr="00CD4608">
        <w:t>(logos, brochures,</w:t>
      </w:r>
      <w:r>
        <w:t xml:space="preserve"> </w:t>
      </w:r>
      <w:r w:rsidRPr="00CD4608">
        <w:t>infographics, presentations, and advertisements)</w:t>
      </w:r>
    </w:p>
    <w:p w14:paraId="194FE4DB" w14:textId="75A05469" w:rsidR="00CD4608" w:rsidRDefault="00CD4608" w:rsidP="00CD4608">
      <w:pPr>
        <w:pStyle w:val="ListBullet"/>
      </w:pPr>
      <w:r w:rsidRPr="00CD4608">
        <w:t>Managed hardware acquisition</w:t>
      </w:r>
      <w:r>
        <w:t>, configuration</w:t>
      </w:r>
      <w:r w:rsidRPr="00CD4608">
        <w:t>, asset tracking, auditing and end-of-life disposal</w:t>
      </w:r>
    </w:p>
    <w:p w14:paraId="34A0F4A6" w14:textId="77777777" w:rsidR="006546D1" w:rsidRDefault="000873FB">
      <w:pPr>
        <w:pStyle w:val="Heading2"/>
      </w:pPr>
      <w:r>
        <w:t>Earlier Experience</w:t>
      </w:r>
    </w:p>
    <w:p w14:paraId="1DD64F76" w14:textId="3CD5BBC0" w:rsidR="006546D1" w:rsidRDefault="4AE7A662">
      <w:proofErr w:type="spellStart"/>
      <w:r>
        <w:t>PlumChoice</w:t>
      </w:r>
      <w:proofErr w:type="spellEnd"/>
      <w:r>
        <w:t>, Inc. – Technical Support Representative (2014–2016)</w:t>
      </w:r>
      <w:r w:rsidR="000873FB">
        <w:br/>
      </w:r>
      <w:r>
        <w:t>PC LAN Techs, LLC – Network Engineer (2014</w:t>
      </w:r>
      <w:r w:rsidR="3155C749">
        <w:t>-2014</w:t>
      </w:r>
      <w:r>
        <w:t>)</w:t>
      </w:r>
      <w:r w:rsidR="000873FB">
        <w:br/>
      </w:r>
      <w:r>
        <w:t>Advanced Mold &amp; Manufacturing / Vision Technical Molding – Senior Network Administrator (2009–2013)</w:t>
      </w:r>
    </w:p>
    <w:p w14:paraId="41B31C76" w14:textId="6073DA56" w:rsidR="006546D1" w:rsidRDefault="006931DC">
      <w:pPr>
        <w:pStyle w:val="Heading2"/>
      </w:pPr>
      <w:r>
        <w:t>Education/</w:t>
      </w:r>
      <w:r w:rsidR="000873FB">
        <w:t>Certifications</w:t>
      </w:r>
    </w:p>
    <w:p w14:paraId="2F821D3D" w14:textId="75F630B2" w:rsidR="006931DC" w:rsidRPr="006931DC" w:rsidRDefault="006931DC" w:rsidP="006931DC">
      <w:r>
        <w:t>Gateway Community College – Computer Science - 2008</w:t>
      </w:r>
      <w:r>
        <w:br/>
        <w:t>Associates Degree</w:t>
      </w:r>
    </w:p>
    <w:p w14:paraId="0F57B65C" w14:textId="77777777" w:rsidR="006546D1" w:rsidRDefault="4AE7A662">
      <w:pPr>
        <w:pStyle w:val="ListBullet"/>
      </w:pPr>
      <w:r>
        <w:t>Cisco Certified Network Associate (CCNA)</w:t>
      </w:r>
    </w:p>
    <w:p w14:paraId="32FB9295" w14:textId="77777777" w:rsidR="006546D1" w:rsidRDefault="4AE7A662">
      <w:pPr>
        <w:pStyle w:val="ListBullet"/>
      </w:pPr>
      <w:r>
        <w:t>Microsoft Certified Systems Engineer (MCSE)</w:t>
      </w:r>
    </w:p>
    <w:p w14:paraId="78332994" w14:textId="77777777" w:rsidR="006546D1" w:rsidRDefault="4AE7A662">
      <w:pPr>
        <w:pStyle w:val="ListBullet"/>
      </w:pPr>
      <w:r>
        <w:t>Microsoft Certified Systems Administrator: Security (MCSA)</w:t>
      </w:r>
    </w:p>
    <w:p w14:paraId="0B99F351" w14:textId="4E184DEC" w:rsidR="006E1ECB" w:rsidRDefault="006E1ECB">
      <w:pPr>
        <w:pStyle w:val="ListBullet"/>
      </w:pPr>
      <w:r>
        <w:t>CompTIA A+</w:t>
      </w:r>
    </w:p>
    <w:p w14:paraId="1B12C34C" w14:textId="706BF8E6" w:rsidR="00EF5A03" w:rsidRPr="00BB2E83" w:rsidRDefault="000873FB" w:rsidP="00BB2E83">
      <w:pPr>
        <w:pStyle w:val="Heading2"/>
      </w:pPr>
      <w:r>
        <w:t>Technical Skills</w:t>
      </w:r>
    </w:p>
    <w:tbl>
      <w:tblPr>
        <w:tblStyle w:val="TableGrid"/>
        <w:tblpPr w:leftFromText="180" w:rightFromText="180" w:vertAnchor="text" w:horzAnchor="margin" w:tblpXSpec="center" w:tblpY="311"/>
        <w:tblW w:w="5264" w:type="pct"/>
        <w:tblLook w:val="04A0" w:firstRow="1" w:lastRow="0" w:firstColumn="1" w:lastColumn="0" w:noHBand="0" w:noVBand="1"/>
      </w:tblPr>
      <w:tblGrid>
        <w:gridCol w:w="2498"/>
        <w:gridCol w:w="1680"/>
        <w:gridCol w:w="1682"/>
        <w:gridCol w:w="1680"/>
        <w:gridCol w:w="1680"/>
        <w:gridCol w:w="2140"/>
      </w:tblGrid>
      <w:tr w:rsidR="004D6800" w14:paraId="631F7E98" w14:textId="77777777" w:rsidTr="00EC7144">
        <w:trPr>
          <w:trHeight w:val="454"/>
        </w:trPr>
        <w:tc>
          <w:tcPr>
            <w:tcW w:w="1099" w:type="pct"/>
          </w:tcPr>
          <w:p w14:paraId="33DD251C" w14:textId="77777777" w:rsidR="004D6800" w:rsidRPr="00EF5A03" w:rsidRDefault="004D6800" w:rsidP="00EF5A03">
            <w:pPr>
              <w:rPr>
                <w:rFonts w:eastAsia="Calibri" w:cs="Calibri"/>
                <w:sz w:val="16"/>
                <w:szCs w:val="16"/>
              </w:rPr>
            </w:pPr>
            <w:r w:rsidRPr="00EF5A03">
              <w:rPr>
                <w:rFonts w:eastAsia="Calibri" w:cs="Calibri"/>
                <w:sz w:val="16"/>
                <w:szCs w:val="16"/>
              </w:rPr>
              <w:t>Operating Systems &amp; Platforms</w:t>
            </w:r>
          </w:p>
        </w:tc>
        <w:tc>
          <w:tcPr>
            <w:tcW w:w="739" w:type="pct"/>
          </w:tcPr>
          <w:p w14:paraId="45E580FB" w14:textId="77777777" w:rsidR="004D6800" w:rsidRPr="00EF5A03" w:rsidRDefault="004D6800" w:rsidP="00EF5A03">
            <w:pPr>
              <w:rPr>
                <w:rFonts w:eastAsia="Calibri" w:cs="Calibri"/>
                <w:sz w:val="16"/>
                <w:szCs w:val="16"/>
              </w:rPr>
            </w:pPr>
            <w:r w:rsidRPr="00EF5A03">
              <w:rPr>
                <w:rFonts w:eastAsia="Calibri" w:cs="Calibri"/>
                <w:sz w:val="16"/>
                <w:szCs w:val="16"/>
              </w:rPr>
              <w:t>Cloud &amp; Endpoint Management</w:t>
            </w:r>
          </w:p>
        </w:tc>
        <w:tc>
          <w:tcPr>
            <w:tcW w:w="740" w:type="pct"/>
          </w:tcPr>
          <w:p w14:paraId="109206E9" w14:textId="77777777" w:rsidR="004D6800" w:rsidRPr="00EF5A03" w:rsidRDefault="004D6800" w:rsidP="00EF5A03">
            <w:pPr>
              <w:rPr>
                <w:rFonts w:eastAsia="Calibri" w:cs="Calibri"/>
                <w:sz w:val="16"/>
                <w:szCs w:val="16"/>
              </w:rPr>
            </w:pPr>
            <w:r w:rsidRPr="00EF5A03">
              <w:rPr>
                <w:rFonts w:eastAsia="Calibri" w:cs="Calibri"/>
                <w:sz w:val="16"/>
                <w:szCs w:val="16"/>
              </w:rPr>
              <w:t>Identity &amp; Access Management</w:t>
            </w:r>
          </w:p>
        </w:tc>
        <w:tc>
          <w:tcPr>
            <w:tcW w:w="739" w:type="pct"/>
          </w:tcPr>
          <w:p w14:paraId="4D1FD76F" w14:textId="77777777" w:rsidR="004D6800" w:rsidRPr="00EF5A03" w:rsidRDefault="004D6800" w:rsidP="00EF5A03">
            <w:pPr>
              <w:rPr>
                <w:rFonts w:eastAsia="Calibri" w:cs="Calibri"/>
                <w:sz w:val="16"/>
                <w:szCs w:val="16"/>
              </w:rPr>
            </w:pPr>
            <w:r w:rsidRPr="00EF5A03">
              <w:rPr>
                <w:rFonts w:eastAsia="Calibri" w:cs="Calibri"/>
                <w:sz w:val="16"/>
                <w:szCs w:val="16"/>
              </w:rPr>
              <w:t>Virtualization &amp; Containers</w:t>
            </w:r>
          </w:p>
        </w:tc>
        <w:tc>
          <w:tcPr>
            <w:tcW w:w="739" w:type="pct"/>
          </w:tcPr>
          <w:p w14:paraId="59989F67" w14:textId="77777777" w:rsidR="004D6800" w:rsidRPr="00EF5A03" w:rsidRDefault="004D6800" w:rsidP="00EF5A03">
            <w:pPr>
              <w:rPr>
                <w:rFonts w:eastAsia="Calibri" w:cs="Calibri"/>
                <w:sz w:val="16"/>
                <w:szCs w:val="16"/>
              </w:rPr>
            </w:pPr>
            <w:r w:rsidRPr="00EF5A03">
              <w:rPr>
                <w:rFonts w:eastAsia="Calibri" w:cs="Calibri"/>
                <w:sz w:val="16"/>
                <w:szCs w:val="16"/>
              </w:rPr>
              <w:t>Networking</w:t>
            </w:r>
          </w:p>
        </w:tc>
        <w:tc>
          <w:tcPr>
            <w:tcW w:w="942" w:type="pct"/>
          </w:tcPr>
          <w:p w14:paraId="4F2829B4" w14:textId="77777777" w:rsidR="004D6800" w:rsidRPr="00EF5A03" w:rsidRDefault="004D6800" w:rsidP="00EF5A03">
            <w:pPr>
              <w:rPr>
                <w:rFonts w:eastAsia="Calibri" w:cs="Calibri"/>
                <w:sz w:val="16"/>
                <w:szCs w:val="16"/>
              </w:rPr>
            </w:pPr>
            <w:r w:rsidRPr="00EF5A03">
              <w:rPr>
                <w:rFonts w:eastAsia="Calibri" w:cs="Calibri"/>
                <w:sz w:val="16"/>
                <w:szCs w:val="16"/>
              </w:rPr>
              <w:t>Collaboration &amp; Productivity</w:t>
            </w:r>
          </w:p>
        </w:tc>
      </w:tr>
      <w:tr w:rsidR="004D6800" w:rsidRPr="006E1ECB" w14:paraId="3699E94B" w14:textId="77777777" w:rsidTr="00EC7144">
        <w:trPr>
          <w:trHeight w:val="3053"/>
        </w:trPr>
        <w:tc>
          <w:tcPr>
            <w:tcW w:w="1099" w:type="pct"/>
          </w:tcPr>
          <w:p w14:paraId="5FDE22D7" w14:textId="46169815" w:rsidR="006E1ECB" w:rsidRPr="006E1ECB" w:rsidRDefault="006E1ECB" w:rsidP="006E1ECB">
            <w:pPr>
              <w:rPr>
                <w:rFonts w:eastAsia="Times New Roman" w:cs="Calibri"/>
                <w:sz w:val="16"/>
                <w:szCs w:val="16"/>
              </w:rPr>
            </w:pPr>
            <w:r w:rsidRPr="006E1ECB">
              <w:rPr>
                <w:rFonts w:eastAsia="Times New Roman" w:cs="Calibri"/>
                <w:sz w:val="16"/>
                <w:szCs w:val="16"/>
              </w:rPr>
              <w:t>•  Windows Server 2008/2012/2016/2019/2022/2025</w:t>
            </w:r>
          </w:p>
          <w:p w14:paraId="4EFD648D" w14:textId="708C0131" w:rsidR="006E1ECB" w:rsidRPr="006E1ECB" w:rsidRDefault="006E1ECB" w:rsidP="006E1ECB">
            <w:pPr>
              <w:rPr>
                <w:rFonts w:eastAsia="Times New Roman" w:cs="Calibri"/>
                <w:sz w:val="16"/>
                <w:szCs w:val="16"/>
              </w:rPr>
            </w:pPr>
            <w:r w:rsidRPr="006E1ECB">
              <w:rPr>
                <w:rFonts w:eastAsia="Times New Roman" w:cs="Calibri"/>
                <w:sz w:val="16"/>
                <w:szCs w:val="16"/>
              </w:rPr>
              <w:t>•  Windows 10, Windows 11</w:t>
            </w:r>
          </w:p>
          <w:p w14:paraId="33884079" w14:textId="23438682" w:rsidR="006E1ECB" w:rsidRPr="006E1ECB" w:rsidRDefault="006E1ECB" w:rsidP="006E1ECB">
            <w:pPr>
              <w:rPr>
                <w:rFonts w:eastAsia="Times New Roman" w:cs="Calibri"/>
                <w:sz w:val="16"/>
                <w:szCs w:val="16"/>
              </w:rPr>
            </w:pPr>
            <w:r w:rsidRPr="006E1ECB">
              <w:rPr>
                <w:rFonts w:eastAsia="Times New Roman" w:cs="Calibri"/>
                <w:sz w:val="16"/>
                <w:szCs w:val="16"/>
              </w:rPr>
              <w:t>•  Apple macOS</w:t>
            </w:r>
          </w:p>
          <w:p w14:paraId="57990471" w14:textId="7ED9231C" w:rsidR="006E1ECB" w:rsidRPr="006E1ECB" w:rsidRDefault="006E1ECB" w:rsidP="006E1ECB">
            <w:pPr>
              <w:rPr>
                <w:rFonts w:eastAsia="Times New Roman" w:cs="Calibri"/>
                <w:sz w:val="16"/>
                <w:szCs w:val="16"/>
              </w:rPr>
            </w:pPr>
            <w:r w:rsidRPr="006E1ECB">
              <w:rPr>
                <w:rFonts w:eastAsia="Times New Roman" w:cs="Calibri"/>
                <w:sz w:val="16"/>
                <w:szCs w:val="16"/>
              </w:rPr>
              <w:t>•  Apple iOS</w:t>
            </w:r>
          </w:p>
          <w:p w14:paraId="1D2778BA" w14:textId="6B24F463" w:rsidR="006E1ECB" w:rsidRPr="006E1ECB" w:rsidRDefault="006E1ECB" w:rsidP="006E1ECB">
            <w:pPr>
              <w:rPr>
                <w:rFonts w:eastAsia="Times New Roman" w:cs="Calibri"/>
                <w:sz w:val="16"/>
                <w:szCs w:val="16"/>
              </w:rPr>
            </w:pPr>
            <w:r w:rsidRPr="006E1ECB">
              <w:rPr>
                <w:rFonts w:eastAsia="Times New Roman" w:cs="Calibri"/>
                <w:sz w:val="16"/>
                <w:szCs w:val="16"/>
              </w:rPr>
              <w:t>•  Ubuntu</w:t>
            </w:r>
          </w:p>
          <w:p w14:paraId="0D86C4CB" w14:textId="03C066B1" w:rsidR="006E1ECB" w:rsidRPr="006E1ECB" w:rsidRDefault="006E1ECB" w:rsidP="006E1ECB">
            <w:pPr>
              <w:rPr>
                <w:rFonts w:eastAsia="Times New Roman" w:cs="Calibri"/>
                <w:sz w:val="16"/>
                <w:szCs w:val="16"/>
              </w:rPr>
            </w:pPr>
            <w:r w:rsidRPr="006E1ECB">
              <w:rPr>
                <w:rFonts w:eastAsia="Times New Roman" w:cs="Calibri"/>
                <w:sz w:val="16"/>
                <w:szCs w:val="16"/>
              </w:rPr>
              <w:t>•  Debain</w:t>
            </w:r>
          </w:p>
          <w:p w14:paraId="3C5BA6AB" w14:textId="073036FF" w:rsidR="006E1ECB" w:rsidRPr="006E1ECB" w:rsidRDefault="006E1ECB" w:rsidP="006E1ECB">
            <w:pPr>
              <w:rPr>
                <w:rFonts w:eastAsia="Times New Roman" w:cs="Calibri"/>
                <w:sz w:val="16"/>
                <w:szCs w:val="16"/>
              </w:rPr>
            </w:pPr>
            <w:r w:rsidRPr="006E1ECB">
              <w:rPr>
                <w:rFonts w:eastAsia="Times New Roman" w:cs="Calibri"/>
                <w:sz w:val="16"/>
                <w:szCs w:val="16"/>
              </w:rPr>
              <w:t>•  FreeBSD</w:t>
            </w:r>
          </w:p>
          <w:p w14:paraId="1673F0BB" w14:textId="5FBA8BEF" w:rsidR="006E1ECB" w:rsidRPr="006E1ECB" w:rsidRDefault="006E1ECB" w:rsidP="006E1ECB">
            <w:pPr>
              <w:rPr>
                <w:rFonts w:eastAsia="Times New Roman" w:cs="Calibri"/>
                <w:sz w:val="16"/>
                <w:szCs w:val="16"/>
              </w:rPr>
            </w:pPr>
            <w:r w:rsidRPr="006E1ECB">
              <w:rPr>
                <w:rFonts w:eastAsia="Times New Roman" w:cs="Calibri"/>
                <w:sz w:val="16"/>
                <w:szCs w:val="16"/>
              </w:rPr>
              <w:t>•  Linux Mint</w:t>
            </w:r>
          </w:p>
          <w:p w14:paraId="4F0AE201" w14:textId="12972B9D" w:rsidR="006E1ECB" w:rsidRPr="006E1ECB" w:rsidRDefault="006E1ECB" w:rsidP="006E1ECB">
            <w:pPr>
              <w:rPr>
                <w:rFonts w:eastAsia="Times New Roman" w:cs="Calibri"/>
                <w:sz w:val="16"/>
                <w:szCs w:val="16"/>
              </w:rPr>
            </w:pPr>
            <w:r w:rsidRPr="006E1ECB">
              <w:rPr>
                <w:rFonts w:eastAsia="Times New Roman" w:cs="Calibri"/>
                <w:sz w:val="16"/>
                <w:szCs w:val="16"/>
              </w:rPr>
              <w:t>•  Cisco IOS</w:t>
            </w:r>
          </w:p>
          <w:p w14:paraId="13558D03" w14:textId="4C70ED11" w:rsidR="006E1ECB" w:rsidRPr="006E1ECB" w:rsidRDefault="006E1ECB" w:rsidP="006E1ECB">
            <w:pPr>
              <w:rPr>
                <w:rFonts w:eastAsia="Times New Roman" w:cs="Calibri"/>
                <w:sz w:val="16"/>
                <w:szCs w:val="16"/>
              </w:rPr>
            </w:pPr>
            <w:r w:rsidRPr="006E1ECB">
              <w:rPr>
                <w:rFonts w:eastAsia="Times New Roman" w:cs="Calibri"/>
                <w:sz w:val="16"/>
                <w:szCs w:val="16"/>
              </w:rPr>
              <w:t xml:space="preserve">•  Google </w:t>
            </w:r>
            <w:proofErr w:type="spellStart"/>
            <w:r w:rsidRPr="006E1ECB">
              <w:rPr>
                <w:rFonts w:eastAsia="Times New Roman" w:cs="Calibri"/>
                <w:sz w:val="16"/>
                <w:szCs w:val="16"/>
              </w:rPr>
              <w:t>Andriod</w:t>
            </w:r>
            <w:proofErr w:type="spellEnd"/>
          </w:p>
          <w:p w14:paraId="12B667BE" w14:textId="540F7A8A" w:rsidR="004D6800" w:rsidRPr="00EF5A03" w:rsidRDefault="006E1ECB" w:rsidP="006E1ECB">
            <w:pPr>
              <w:rPr>
                <w:rFonts w:eastAsia="Calibri" w:cs="Calibri"/>
                <w:sz w:val="16"/>
                <w:szCs w:val="16"/>
              </w:rPr>
            </w:pPr>
            <w:r w:rsidRPr="006E1ECB">
              <w:rPr>
                <w:rFonts w:eastAsia="Times New Roman" w:cs="Calibri"/>
                <w:sz w:val="16"/>
                <w:szCs w:val="16"/>
              </w:rPr>
              <w:t xml:space="preserve">•  VMware </w:t>
            </w:r>
            <w:proofErr w:type="spellStart"/>
            <w:r w:rsidRPr="006E1ECB">
              <w:rPr>
                <w:rFonts w:eastAsia="Times New Roman" w:cs="Calibri"/>
                <w:sz w:val="16"/>
                <w:szCs w:val="16"/>
              </w:rPr>
              <w:t>ESXi</w:t>
            </w:r>
            <w:proofErr w:type="spellEnd"/>
          </w:p>
        </w:tc>
        <w:tc>
          <w:tcPr>
            <w:tcW w:w="739" w:type="pct"/>
          </w:tcPr>
          <w:p w14:paraId="7AB69B51" w14:textId="304164D1" w:rsidR="004D6800" w:rsidRPr="00EF5A03" w:rsidRDefault="00930AE8" w:rsidP="00EF5A03">
            <w:pPr>
              <w:rPr>
                <w:rFonts w:eastAsia="Times New Roman" w:cs="Calibri"/>
                <w:sz w:val="16"/>
                <w:szCs w:val="16"/>
                <w:lang w:val="nl-NL"/>
              </w:rPr>
            </w:pPr>
            <w:r w:rsidRPr="00930AE8">
              <w:rPr>
                <w:rFonts w:eastAsia="Times New Roman" w:cs="Calibri"/>
                <w:sz w:val="16"/>
                <w:szCs w:val="16"/>
                <w:lang w:val="nl-NL"/>
              </w:rPr>
              <w:t>•</w:t>
            </w:r>
            <w:r w:rsidR="004D6800" w:rsidRPr="00EF5A03">
              <w:rPr>
                <w:rFonts w:eastAsia="Times New Roman" w:cs="Calibri"/>
                <w:sz w:val="16"/>
                <w:szCs w:val="16"/>
                <w:lang w:val="nl-NL"/>
              </w:rPr>
              <w:t xml:space="preserve">  Microsoft Azure</w:t>
            </w:r>
          </w:p>
          <w:p w14:paraId="4A717493" w14:textId="79086DA9" w:rsidR="004D6800" w:rsidRPr="00EF5A03" w:rsidRDefault="00930AE8" w:rsidP="00EF5A03">
            <w:pPr>
              <w:rPr>
                <w:rFonts w:eastAsia="Times New Roman" w:cs="Calibri"/>
                <w:sz w:val="16"/>
                <w:szCs w:val="16"/>
                <w:lang w:val="nl-NL"/>
              </w:rPr>
            </w:pPr>
            <w:r w:rsidRPr="00930AE8">
              <w:rPr>
                <w:rFonts w:eastAsia="Times New Roman" w:cs="Calibri"/>
                <w:sz w:val="16"/>
                <w:szCs w:val="16"/>
                <w:lang w:val="nl-NL"/>
              </w:rPr>
              <w:t>•</w:t>
            </w:r>
            <w:r w:rsidR="004D6800" w:rsidRPr="00EF5A03">
              <w:rPr>
                <w:rFonts w:eastAsia="Times New Roman" w:cs="Calibri"/>
                <w:sz w:val="16"/>
                <w:szCs w:val="16"/>
                <w:lang w:val="nl-NL"/>
              </w:rPr>
              <w:t xml:space="preserve">  AWS</w:t>
            </w:r>
          </w:p>
          <w:p w14:paraId="7D9218DF" w14:textId="484A199D" w:rsidR="004D6800" w:rsidRPr="00EF5A03" w:rsidRDefault="00930AE8" w:rsidP="00EF5A03">
            <w:pPr>
              <w:rPr>
                <w:rFonts w:eastAsia="Times New Roman" w:cs="Calibri"/>
                <w:sz w:val="16"/>
                <w:szCs w:val="16"/>
                <w:lang w:val="nl-NL"/>
              </w:rPr>
            </w:pPr>
            <w:r w:rsidRPr="00930AE8">
              <w:rPr>
                <w:rFonts w:eastAsia="Times New Roman" w:cs="Calibri"/>
                <w:sz w:val="16"/>
                <w:szCs w:val="16"/>
                <w:lang w:val="nl-NL"/>
              </w:rPr>
              <w:t>•</w:t>
            </w:r>
            <w:r w:rsidR="004D6800" w:rsidRPr="00EF5A03">
              <w:rPr>
                <w:rFonts w:eastAsia="Times New Roman" w:cs="Calibri"/>
                <w:sz w:val="16"/>
                <w:szCs w:val="16"/>
                <w:lang w:val="nl-NL"/>
              </w:rPr>
              <w:t xml:space="preserve">  Microsoft Intune / MDM</w:t>
            </w:r>
          </w:p>
          <w:p w14:paraId="68D10B4F" w14:textId="1C78C893"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Microsoft Endpoint Configuration Manager (MECM)</w:t>
            </w:r>
          </w:p>
          <w:p w14:paraId="36ABCFE8" w14:textId="199874B3"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System Center Configuration Manager (SCCM)</w:t>
            </w:r>
          </w:p>
          <w:p w14:paraId="7853DAEF" w14:textId="39190F5C"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w:t>
            </w:r>
            <w:proofErr w:type="spellStart"/>
            <w:r w:rsidR="004D6800" w:rsidRPr="00EF5A03">
              <w:rPr>
                <w:rFonts w:eastAsia="Times New Roman" w:cs="Calibri"/>
                <w:sz w:val="16"/>
                <w:szCs w:val="16"/>
              </w:rPr>
              <w:t>Jamf</w:t>
            </w:r>
            <w:proofErr w:type="spellEnd"/>
            <w:r w:rsidR="006E1ECB">
              <w:rPr>
                <w:rFonts w:eastAsia="Times New Roman" w:cs="Calibri"/>
                <w:sz w:val="16"/>
                <w:szCs w:val="16"/>
              </w:rPr>
              <w:t xml:space="preserve"> Pro</w:t>
            </w:r>
          </w:p>
          <w:p w14:paraId="4402F2FE" w14:textId="424B7942"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Company Portal</w:t>
            </w:r>
          </w:p>
          <w:p w14:paraId="4030D0F7" w14:textId="389D117D"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Nexthink</w:t>
            </w:r>
          </w:p>
          <w:p w14:paraId="5CDFD381" w14:textId="77777777" w:rsidR="004D6800"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w:t>
            </w:r>
            <w:proofErr w:type="spellStart"/>
            <w:r w:rsidR="004D6800" w:rsidRPr="00EF5A03">
              <w:rPr>
                <w:rFonts w:eastAsia="Times New Roman" w:cs="Calibri"/>
                <w:sz w:val="16"/>
                <w:szCs w:val="16"/>
              </w:rPr>
              <w:t>PatchMyPC</w:t>
            </w:r>
            <w:proofErr w:type="spellEnd"/>
          </w:p>
          <w:p w14:paraId="2BCD73A4" w14:textId="57C4870E" w:rsidR="006E1ECB" w:rsidRPr="00EF5A03" w:rsidRDefault="006E1ECB" w:rsidP="00EF5A03">
            <w:pPr>
              <w:rPr>
                <w:rFonts w:eastAsia="Calibri" w:cs="Calibri"/>
                <w:sz w:val="16"/>
                <w:szCs w:val="16"/>
              </w:rPr>
            </w:pPr>
            <w:r w:rsidRPr="004D6800">
              <w:rPr>
                <w:rFonts w:eastAsia="Times New Roman" w:cs="Calibri"/>
                <w:sz w:val="16"/>
                <w:szCs w:val="16"/>
              </w:rPr>
              <w:t>•</w:t>
            </w:r>
            <w:r>
              <w:rPr>
                <w:rFonts w:eastAsia="Times New Roman" w:cs="Calibri"/>
                <w:sz w:val="16"/>
                <w:szCs w:val="16"/>
              </w:rPr>
              <w:t xml:space="preserve">  Microsoft Entra ID</w:t>
            </w:r>
          </w:p>
        </w:tc>
        <w:tc>
          <w:tcPr>
            <w:tcW w:w="740" w:type="pct"/>
          </w:tcPr>
          <w:p w14:paraId="03DA213D" w14:textId="708886FE"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Active Directory</w:t>
            </w:r>
          </w:p>
          <w:p w14:paraId="6239DFA6" w14:textId="26F31615"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Group Policy (GPO)</w:t>
            </w:r>
          </w:p>
          <w:p w14:paraId="6145CFE0" w14:textId="6C732544"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Okta</w:t>
            </w:r>
          </w:p>
          <w:p w14:paraId="4E44A5C8" w14:textId="2C2A1BAA"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Microsoft Authenticator</w:t>
            </w:r>
          </w:p>
          <w:p w14:paraId="3A98C897" w14:textId="48EBABEE"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Google Authenticator</w:t>
            </w:r>
          </w:p>
          <w:p w14:paraId="12542804" w14:textId="45377CA5"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CyberArk</w:t>
            </w:r>
          </w:p>
          <w:p w14:paraId="418FEF27" w14:textId="43A0FABD" w:rsidR="004D6800"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w:t>
            </w:r>
            <w:proofErr w:type="spellStart"/>
            <w:r w:rsidR="004D6800" w:rsidRPr="00EF5A03">
              <w:rPr>
                <w:rFonts w:eastAsia="Times New Roman" w:cs="Calibri"/>
                <w:sz w:val="16"/>
                <w:szCs w:val="16"/>
              </w:rPr>
              <w:t>BeyondTrust</w:t>
            </w:r>
            <w:proofErr w:type="spellEnd"/>
          </w:p>
          <w:p w14:paraId="61B13CB3" w14:textId="2EFBF2F4" w:rsidR="006E1ECB" w:rsidRDefault="006E1ECB" w:rsidP="00EF5A03">
            <w:pPr>
              <w:rPr>
                <w:rFonts w:eastAsia="Times New Roman" w:cs="Calibri"/>
                <w:sz w:val="16"/>
                <w:szCs w:val="16"/>
              </w:rPr>
            </w:pPr>
            <w:r w:rsidRPr="004D6800">
              <w:rPr>
                <w:rFonts w:eastAsia="Times New Roman" w:cs="Calibri"/>
                <w:sz w:val="16"/>
                <w:szCs w:val="16"/>
              </w:rPr>
              <w:t>•</w:t>
            </w:r>
            <w:r>
              <w:rPr>
                <w:rFonts w:eastAsia="Times New Roman" w:cs="Calibri"/>
                <w:sz w:val="16"/>
                <w:szCs w:val="16"/>
              </w:rPr>
              <w:t xml:space="preserve">  Bomgar</w:t>
            </w:r>
          </w:p>
          <w:p w14:paraId="4158D1C0" w14:textId="24F8C4ED" w:rsidR="006E1ECB" w:rsidRDefault="006E1ECB" w:rsidP="00EF5A03">
            <w:pPr>
              <w:rPr>
                <w:rFonts w:eastAsia="Times New Roman" w:cs="Calibri"/>
                <w:sz w:val="16"/>
                <w:szCs w:val="16"/>
              </w:rPr>
            </w:pPr>
            <w:r w:rsidRPr="004D6800">
              <w:rPr>
                <w:rFonts w:eastAsia="Times New Roman" w:cs="Calibri"/>
                <w:sz w:val="16"/>
                <w:szCs w:val="16"/>
              </w:rPr>
              <w:t>•</w:t>
            </w:r>
            <w:r>
              <w:rPr>
                <w:rFonts w:eastAsia="Times New Roman" w:cs="Calibri"/>
                <w:sz w:val="16"/>
                <w:szCs w:val="16"/>
              </w:rPr>
              <w:t xml:space="preserve">  TeamViewer</w:t>
            </w:r>
          </w:p>
          <w:p w14:paraId="10581242" w14:textId="637701F3" w:rsidR="006E1ECB" w:rsidRPr="00EF5A03" w:rsidRDefault="006E1ECB" w:rsidP="00EF5A03">
            <w:pPr>
              <w:rPr>
                <w:rFonts w:eastAsia="Times New Roman" w:cs="Calibri"/>
                <w:sz w:val="16"/>
                <w:szCs w:val="16"/>
              </w:rPr>
            </w:pPr>
            <w:r w:rsidRPr="004D6800">
              <w:rPr>
                <w:rFonts w:eastAsia="Times New Roman" w:cs="Calibri"/>
                <w:sz w:val="16"/>
                <w:szCs w:val="16"/>
              </w:rPr>
              <w:t>•</w:t>
            </w:r>
            <w:r>
              <w:rPr>
                <w:rFonts w:eastAsia="Times New Roman" w:cs="Calibri"/>
                <w:sz w:val="16"/>
                <w:szCs w:val="16"/>
              </w:rPr>
              <w:t xml:space="preserve">  </w:t>
            </w:r>
            <w:proofErr w:type="spellStart"/>
            <w:r>
              <w:rPr>
                <w:rFonts w:eastAsia="Times New Roman" w:cs="Calibri"/>
                <w:sz w:val="16"/>
                <w:szCs w:val="16"/>
              </w:rPr>
              <w:t>AnyDesk</w:t>
            </w:r>
            <w:proofErr w:type="spellEnd"/>
          </w:p>
          <w:p w14:paraId="49D692DE" w14:textId="12D2B22C"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RSA SecurID</w:t>
            </w:r>
          </w:p>
          <w:p w14:paraId="47CD3779" w14:textId="04923616" w:rsidR="004D6800"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SafeNet MobilePass+</w:t>
            </w:r>
          </w:p>
          <w:p w14:paraId="023E2AEA" w14:textId="38639124" w:rsidR="006E1ECB" w:rsidRPr="00EF5A03" w:rsidRDefault="006E1ECB" w:rsidP="00EF5A03">
            <w:pPr>
              <w:rPr>
                <w:rFonts w:eastAsia="Times New Roman" w:cs="Calibri"/>
                <w:sz w:val="16"/>
                <w:szCs w:val="16"/>
              </w:rPr>
            </w:pPr>
            <w:r w:rsidRPr="004D6800">
              <w:rPr>
                <w:rFonts w:eastAsia="Times New Roman" w:cs="Calibri"/>
                <w:sz w:val="16"/>
                <w:szCs w:val="16"/>
              </w:rPr>
              <w:t>•</w:t>
            </w:r>
            <w:r>
              <w:rPr>
                <w:rFonts w:eastAsia="Times New Roman" w:cs="Calibri"/>
                <w:sz w:val="16"/>
                <w:szCs w:val="16"/>
              </w:rPr>
              <w:t xml:space="preserve">  Pulse Secure</w:t>
            </w:r>
          </w:p>
          <w:p w14:paraId="26D5FB38" w14:textId="40FDBBC9" w:rsidR="004D6800" w:rsidRPr="00EF5A03" w:rsidRDefault="00930AE8" w:rsidP="00EF5A03">
            <w:pPr>
              <w:rPr>
                <w:rFonts w:eastAsia="Calibri"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Multi-Factor Authentication (MFA)</w:t>
            </w:r>
          </w:p>
        </w:tc>
        <w:tc>
          <w:tcPr>
            <w:tcW w:w="739" w:type="pct"/>
          </w:tcPr>
          <w:p w14:paraId="3DB58C55" w14:textId="77777777" w:rsidR="006E1ECB"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VMware</w:t>
            </w:r>
            <w:r w:rsidR="006E1ECB">
              <w:rPr>
                <w:rFonts w:eastAsia="Times New Roman" w:cs="Calibri"/>
                <w:sz w:val="16"/>
                <w:szCs w:val="16"/>
              </w:rPr>
              <w:t xml:space="preserve"> vSphere/vCenter</w:t>
            </w:r>
          </w:p>
          <w:p w14:paraId="7A135A26" w14:textId="6ACFB73D" w:rsidR="004D6800" w:rsidRPr="00EF5A03" w:rsidRDefault="006E1ECB" w:rsidP="00EF5A03">
            <w:pPr>
              <w:rPr>
                <w:rFonts w:eastAsia="Times New Roman" w:cs="Calibri"/>
                <w:sz w:val="16"/>
                <w:szCs w:val="16"/>
              </w:rPr>
            </w:pPr>
            <w:r>
              <w:rPr>
                <w:rFonts w:eastAsia="Times New Roman" w:cs="Calibri"/>
                <w:sz w:val="16"/>
                <w:szCs w:val="16"/>
              </w:rPr>
              <w:t>/Horizon</w:t>
            </w:r>
          </w:p>
          <w:p w14:paraId="53765698" w14:textId="7E3BE801"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Hyper-V</w:t>
            </w:r>
          </w:p>
          <w:p w14:paraId="7DE4E98B" w14:textId="21A5CC02"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Docker</w:t>
            </w:r>
          </w:p>
          <w:p w14:paraId="5FF0974A" w14:textId="589E2088" w:rsidR="004D6800"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Citrix</w:t>
            </w:r>
            <w:r w:rsidR="00EC7144">
              <w:rPr>
                <w:rFonts w:eastAsia="Times New Roman" w:cs="Calibri"/>
                <w:sz w:val="16"/>
                <w:szCs w:val="16"/>
              </w:rPr>
              <w:t xml:space="preserve"> DaaS</w:t>
            </w:r>
          </w:p>
          <w:p w14:paraId="4CE51E86" w14:textId="77777777" w:rsidR="004D6800" w:rsidRDefault="00930AE8" w:rsidP="00EF5A03">
            <w:pPr>
              <w:rPr>
                <w:rFonts w:eastAsia="Times New Roman" w:cs="Calibri"/>
                <w:sz w:val="16"/>
                <w:szCs w:val="16"/>
              </w:rPr>
            </w:pPr>
            <w:r w:rsidRPr="004D6800">
              <w:rPr>
                <w:rFonts w:eastAsia="Times New Roman" w:cs="Calibri"/>
                <w:sz w:val="16"/>
                <w:szCs w:val="16"/>
              </w:rPr>
              <w:t>•</w:t>
            </w:r>
            <w:r>
              <w:rPr>
                <w:rFonts w:eastAsia="Times New Roman" w:cs="Calibri"/>
                <w:sz w:val="16"/>
                <w:szCs w:val="16"/>
              </w:rPr>
              <w:t xml:space="preserve"> </w:t>
            </w:r>
            <w:r w:rsidR="004D6800">
              <w:rPr>
                <w:rFonts w:eastAsia="Times New Roman" w:cs="Calibri"/>
                <w:sz w:val="16"/>
                <w:szCs w:val="16"/>
              </w:rPr>
              <w:t>V</w:t>
            </w:r>
            <w:r w:rsidR="00EC7144">
              <w:rPr>
                <w:rFonts w:eastAsia="Times New Roman" w:cs="Calibri"/>
                <w:sz w:val="16"/>
                <w:szCs w:val="16"/>
              </w:rPr>
              <w:t>irtual Desktop Infrastructure</w:t>
            </w:r>
          </w:p>
          <w:p w14:paraId="51E08204" w14:textId="6DEE803E" w:rsidR="00EC7144" w:rsidRPr="00EF5A03" w:rsidRDefault="00EC7144" w:rsidP="00EF5A03">
            <w:pPr>
              <w:rPr>
                <w:rFonts w:eastAsia="Calibri" w:cs="Calibri"/>
                <w:sz w:val="16"/>
                <w:szCs w:val="16"/>
              </w:rPr>
            </w:pPr>
            <w:r w:rsidRPr="004D6800">
              <w:rPr>
                <w:rFonts w:eastAsia="Times New Roman" w:cs="Calibri"/>
                <w:sz w:val="16"/>
                <w:szCs w:val="16"/>
              </w:rPr>
              <w:t>•</w:t>
            </w:r>
            <w:r>
              <w:rPr>
                <w:rFonts w:eastAsia="Times New Roman" w:cs="Calibri"/>
                <w:sz w:val="16"/>
                <w:szCs w:val="16"/>
              </w:rPr>
              <w:t xml:space="preserve">  Wyse</w:t>
            </w:r>
          </w:p>
        </w:tc>
        <w:tc>
          <w:tcPr>
            <w:tcW w:w="739" w:type="pct"/>
          </w:tcPr>
          <w:p w14:paraId="2CE8AB7F" w14:textId="1BC2CEC9"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DNS</w:t>
            </w:r>
          </w:p>
          <w:p w14:paraId="7507EB05" w14:textId="3163FD62"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DHCP</w:t>
            </w:r>
          </w:p>
          <w:p w14:paraId="4BD00E62" w14:textId="0084614C"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VLAN</w:t>
            </w:r>
          </w:p>
          <w:p w14:paraId="07C4B147" w14:textId="0E5E7649" w:rsidR="004D6800"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VPN</w:t>
            </w:r>
          </w:p>
          <w:p w14:paraId="2425C8BC" w14:textId="6FBA1CE3" w:rsidR="00EC7144" w:rsidRPr="00EF5A03" w:rsidRDefault="00EC7144" w:rsidP="00EF5A03">
            <w:pPr>
              <w:rPr>
                <w:rFonts w:eastAsia="Times New Roman" w:cs="Calibri"/>
                <w:sz w:val="16"/>
                <w:szCs w:val="16"/>
              </w:rPr>
            </w:pPr>
            <w:r w:rsidRPr="004D6800">
              <w:rPr>
                <w:rFonts w:eastAsia="Times New Roman" w:cs="Calibri"/>
                <w:sz w:val="16"/>
                <w:szCs w:val="16"/>
              </w:rPr>
              <w:t>•</w:t>
            </w:r>
            <w:r>
              <w:rPr>
                <w:rFonts w:eastAsia="Times New Roman" w:cs="Calibri"/>
                <w:sz w:val="16"/>
                <w:szCs w:val="16"/>
              </w:rPr>
              <w:t xml:space="preserve">  OSPF, BGP, EIGRP, RIP</w:t>
            </w:r>
          </w:p>
          <w:p w14:paraId="1FD1A4F2" w14:textId="591D4EAC"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Firewalls</w:t>
            </w:r>
          </w:p>
          <w:p w14:paraId="48B19B93" w14:textId="0829AC73"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Cisco Unified Communications Manager (CUCM)</w:t>
            </w:r>
          </w:p>
          <w:p w14:paraId="60AA3110" w14:textId="7E1246CA"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Cisco VoIP</w:t>
            </w:r>
          </w:p>
          <w:p w14:paraId="7C292AC5" w14:textId="65EF05E8"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Ubiquiti</w:t>
            </w:r>
          </w:p>
          <w:p w14:paraId="525AC05A" w14:textId="1D14C471"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SonicWall</w:t>
            </w:r>
          </w:p>
          <w:p w14:paraId="7E920F0A" w14:textId="2E3D346B"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w:t>
            </w:r>
            <w:proofErr w:type="spellStart"/>
            <w:r w:rsidR="004D6800" w:rsidRPr="00EF5A03">
              <w:rPr>
                <w:rFonts w:eastAsia="Times New Roman" w:cs="Calibri"/>
                <w:sz w:val="16"/>
                <w:szCs w:val="16"/>
              </w:rPr>
              <w:t>pfSense</w:t>
            </w:r>
            <w:proofErr w:type="spellEnd"/>
          </w:p>
          <w:p w14:paraId="4457E460" w14:textId="30C35D4D"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Wireshark</w:t>
            </w:r>
          </w:p>
          <w:p w14:paraId="78E6EA24" w14:textId="77777777" w:rsidR="004D6800"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Telnet</w:t>
            </w:r>
          </w:p>
          <w:p w14:paraId="7AE10685" w14:textId="26E748B5" w:rsidR="00EC7144" w:rsidRPr="00EF5A03" w:rsidRDefault="00EC7144" w:rsidP="00EF5A03">
            <w:pPr>
              <w:rPr>
                <w:rFonts w:eastAsia="Calibri" w:cs="Calibri"/>
                <w:sz w:val="16"/>
                <w:szCs w:val="16"/>
              </w:rPr>
            </w:pPr>
            <w:r w:rsidRPr="004D6800">
              <w:rPr>
                <w:rFonts w:eastAsia="Times New Roman" w:cs="Calibri"/>
                <w:sz w:val="16"/>
                <w:szCs w:val="16"/>
              </w:rPr>
              <w:t>•</w:t>
            </w:r>
            <w:r>
              <w:rPr>
                <w:rFonts w:eastAsia="Times New Roman" w:cs="Calibri"/>
                <w:sz w:val="16"/>
                <w:szCs w:val="16"/>
              </w:rPr>
              <w:t xml:space="preserve">  Nmap</w:t>
            </w:r>
          </w:p>
        </w:tc>
        <w:tc>
          <w:tcPr>
            <w:tcW w:w="942" w:type="pct"/>
          </w:tcPr>
          <w:p w14:paraId="25C41FBE" w14:textId="1F3F6D3B"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Microsoft 365</w:t>
            </w:r>
          </w:p>
          <w:p w14:paraId="70028693" w14:textId="123DC4F3"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Microsoft Office</w:t>
            </w:r>
          </w:p>
          <w:p w14:paraId="2BF1AB57" w14:textId="6CF985D7"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Microsoft Teams</w:t>
            </w:r>
          </w:p>
          <w:p w14:paraId="7146FED8" w14:textId="77DEF3DC"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Microsoft OneDrive</w:t>
            </w:r>
          </w:p>
          <w:p w14:paraId="4BABA74B" w14:textId="7160A525"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SharePoint</w:t>
            </w:r>
          </w:p>
          <w:p w14:paraId="133DC7C8" w14:textId="612B4BC7"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Exchange</w:t>
            </w:r>
          </w:p>
          <w:p w14:paraId="44260DD6" w14:textId="1930C969"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Google Workspace</w:t>
            </w:r>
          </w:p>
          <w:p w14:paraId="02ED9DD7" w14:textId="0F55309F"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Webex</w:t>
            </w:r>
          </w:p>
          <w:p w14:paraId="70CD0570" w14:textId="551D25F5"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Jabber</w:t>
            </w:r>
          </w:p>
          <w:p w14:paraId="04568CB5" w14:textId="63960589"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Zoom</w:t>
            </w:r>
          </w:p>
          <w:p w14:paraId="47718525" w14:textId="63E93EC3" w:rsidR="004D6800" w:rsidRPr="00BB2E83" w:rsidRDefault="00930AE8" w:rsidP="00EF5A03">
            <w:pPr>
              <w:rPr>
                <w:rFonts w:eastAsia="Times New Roman" w:cs="Calibri"/>
                <w:sz w:val="16"/>
                <w:szCs w:val="16"/>
                <w:lang w:val="nl-NL"/>
              </w:rPr>
            </w:pPr>
            <w:r w:rsidRPr="00930AE8">
              <w:rPr>
                <w:rFonts w:eastAsia="Times New Roman" w:cs="Calibri"/>
                <w:sz w:val="16"/>
                <w:szCs w:val="16"/>
                <w:lang w:val="nl-NL"/>
              </w:rPr>
              <w:t>•</w:t>
            </w:r>
            <w:r w:rsidR="004D6800" w:rsidRPr="00BB2E83">
              <w:rPr>
                <w:rFonts w:eastAsia="Times New Roman" w:cs="Calibri"/>
                <w:sz w:val="16"/>
                <w:szCs w:val="16"/>
                <w:lang w:val="nl-NL"/>
              </w:rPr>
              <w:t xml:space="preserve">  Microsoft OneNote</w:t>
            </w:r>
          </w:p>
          <w:p w14:paraId="690DC7D0" w14:textId="295A9BF3" w:rsidR="004D6800" w:rsidRPr="00BB2E83" w:rsidRDefault="00930AE8" w:rsidP="004D6800">
            <w:pPr>
              <w:rPr>
                <w:rFonts w:eastAsia="Times New Roman" w:cs="Calibri"/>
                <w:sz w:val="16"/>
                <w:szCs w:val="16"/>
                <w:lang w:val="nl-NL"/>
              </w:rPr>
            </w:pPr>
            <w:r w:rsidRPr="00930AE8">
              <w:rPr>
                <w:rFonts w:eastAsia="Times New Roman" w:cs="Calibri"/>
                <w:sz w:val="16"/>
                <w:szCs w:val="16"/>
                <w:lang w:val="nl-NL"/>
              </w:rPr>
              <w:t>•</w:t>
            </w:r>
            <w:r w:rsidR="004D6800" w:rsidRPr="00BB2E83">
              <w:rPr>
                <w:rFonts w:eastAsia="Times New Roman" w:cs="Calibri"/>
                <w:sz w:val="16"/>
                <w:szCs w:val="16"/>
                <w:lang w:val="nl-NL"/>
              </w:rPr>
              <w:t xml:space="preserve">  Microsoft Copilot</w:t>
            </w:r>
          </w:p>
          <w:p w14:paraId="50B75B91" w14:textId="05746288" w:rsidR="004D6800" w:rsidRPr="00BB2E83" w:rsidRDefault="00930AE8" w:rsidP="004D6800">
            <w:pPr>
              <w:rPr>
                <w:rFonts w:eastAsia="Times New Roman" w:cs="Calibri"/>
                <w:sz w:val="16"/>
                <w:szCs w:val="16"/>
                <w:lang w:val="nl-NL"/>
              </w:rPr>
            </w:pPr>
            <w:r w:rsidRPr="00930AE8">
              <w:rPr>
                <w:rFonts w:eastAsia="Times New Roman" w:cs="Calibri"/>
                <w:sz w:val="16"/>
                <w:szCs w:val="16"/>
                <w:lang w:val="nl-NL"/>
              </w:rPr>
              <w:t>•</w:t>
            </w:r>
            <w:r w:rsidR="004D6800" w:rsidRPr="00BB2E83">
              <w:rPr>
                <w:rFonts w:eastAsia="Times New Roman" w:cs="Calibri"/>
                <w:sz w:val="16"/>
                <w:szCs w:val="16"/>
                <w:lang w:val="nl-NL"/>
              </w:rPr>
              <w:t xml:space="preserve">  ChatGPT</w:t>
            </w:r>
          </w:p>
          <w:p w14:paraId="25409DD2" w14:textId="132A8EA5" w:rsidR="004D6800" w:rsidRPr="00BB2E83" w:rsidRDefault="00930AE8" w:rsidP="004D6800">
            <w:pPr>
              <w:rPr>
                <w:rFonts w:eastAsia="Times New Roman" w:cs="Calibri"/>
                <w:sz w:val="16"/>
                <w:szCs w:val="16"/>
                <w:lang w:val="nl-NL"/>
              </w:rPr>
            </w:pPr>
            <w:r w:rsidRPr="00930AE8">
              <w:rPr>
                <w:rFonts w:eastAsia="Times New Roman" w:cs="Calibri"/>
                <w:sz w:val="16"/>
                <w:szCs w:val="16"/>
                <w:lang w:val="nl-NL"/>
              </w:rPr>
              <w:t>•</w:t>
            </w:r>
            <w:r w:rsidR="004D6800" w:rsidRPr="00BB2E83">
              <w:rPr>
                <w:rFonts w:eastAsia="Times New Roman" w:cs="Calibri"/>
                <w:sz w:val="16"/>
                <w:szCs w:val="16"/>
                <w:lang w:val="nl-NL"/>
              </w:rPr>
              <w:t xml:space="preserve">  Claude</w:t>
            </w:r>
          </w:p>
          <w:p w14:paraId="0760BF45" w14:textId="797A4D20" w:rsidR="004D6800" w:rsidRPr="00930AE8" w:rsidRDefault="00930AE8" w:rsidP="004D6800">
            <w:pPr>
              <w:rPr>
                <w:rFonts w:eastAsia="Calibri" w:cs="Calibri"/>
                <w:sz w:val="16"/>
                <w:szCs w:val="16"/>
                <w:lang w:val="nl-NL"/>
              </w:rPr>
            </w:pPr>
            <w:r w:rsidRPr="00930AE8">
              <w:rPr>
                <w:rFonts w:eastAsia="Times New Roman" w:cs="Calibri"/>
                <w:sz w:val="16"/>
                <w:szCs w:val="16"/>
                <w:lang w:val="nl-NL"/>
              </w:rPr>
              <w:t>•</w:t>
            </w:r>
            <w:r w:rsidR="004D6800" w:rsidRPr="00930AE8">
              <w:rPr>
                <w:rFonts w:eastAsia="Times New Roman" w:cs="Calibri"/>
                <w:sz w:val="16"/>
                <w:szCs w:val="16"/>
                <w:lang w:val="nl-NL"/>
              </w:rPr>
              <w:t xml:space="preserve">  Gemini</w:t>
            </w:r>
          </w:p>
        </w:tc>
      </w:tr>
      <w:tr w:rsidR="004D6800" w14:paraId="1A078B89" w14:textId="77777777" w:rsidTr="00EC7144">
        <w:trPr>
          <w:trHeight w:val="452"/>
        </w:trPr>
        <w:tc>
          <w:tcPr>
            <w:tcW w:w="1099" w:type="pct"/>
          </w:tcPr>
          <w:p w14:paraId="4997A54F" w14:textId="77777777" w:rsidR="004D6800" w:rsidRPr="00EF5A03" w:rsidRDefault="004D6800" w:rsidP="00EF5A03">
            <w:pPr>
              <w:rPr>
                <w:rFonts w:eastAsia="Times New Roman" w:cs="Calibri"/>
                <w:sz w:val="16"/>
                <w:szCs w:val="16"/>
              </w:rPr>
            </w:pPr>
            <w:r w:rsidRPr="00EF5A03">
              <w:rPr>
                <w:rFonts w:eastAsia="Calibri" w:cs="Calibri"/>
                <w:sz w:val="16"/>
                <w:szCs w:val="16"/>
              </w:rPr>
              <w:t>Backup, Storage &amp; Disaster Recovery</w:t>
            </w:r>
          </w:p>
        </w:tc>
        <w:tc>
          <w:tcPr>
            <w:tcW w:w="739" w:type="pct"/>
          </w:tcPr>
          <w:p w14:paraId="59AD90FA" w14:textId="77777777" w:rsidR="004D6800" w:rsidRPr="00EF5A03" w:rsidRDefault="004D6800" w:rsidP="00EF5A03">
            <w:pPr>
              <w:rPr>
                <w:rFonts w:eastAsia="Times New Roman" w:cs="Calibri"/>
                <w:sz w:val="16"/>
                <w:szCs w:val="16"/>
              </w:rPr>
            </w:pPr>
            <w:r w:rsidRPr="00EF5A03">
              <w:rPr>
                <w:rFonts w:eastAsia="Calibri" w:cs="Calibri"/>
                <w:sz w:val="16"/>
                <w:szCs w:val="16"/>
              </w:rPr>
              <w:t>Scripting &amp; Development</w:t>
            </w:r>
          </w:p>
        </w:tc>
        <w:tc>
          <w:tcPr>
            <w:tcW w:w="740" w:type="pct"/>
          </w:tcPr>
          <w:p w14:paraId="729FB962" w14:textId="045BCB94" w:rsidR="004D6800" w:rsidRPr="00EF5A03" w:rsidRDefault="004D6800" w:rsidP="00EF5A03">
            <w:pPr>
              <w:rPr>
                <w:rFonts w:eastAsia="Times New Roman" w:cs="Calibri"/>
                <w:sz w:val="16"/>
                <w:szCs w:val="16"/>
              </w:rPr>
            </w:pPr>
            <w:r w:rsidRPr="00EF5A03">
              <w:rPr>
                <w:rFonts w:eastAsia="Times New Roman" w:cs="Calibri"/>
                <w:sz w:val="16"/>
                <w:szCs w:val="16"/>
              </w:rPr>
              <w:t>IT Service Management &amp; Project Delivery</w:t>
            </w:r>
          </w:p>
        </w:tc>
        <w:tc>
          <w:tcPr>
            <w:tcW w:w="739" w:type="pct"/>
          </w:tcPr>
          <w:p w14:paraId="7497DA63" w14:textId="52965A07" w:rsidR="004D6800" w:rsidRPr="00EF5A03" w:rsidRDefault="004D6800" w:rsidP="00EF5A03">
            <w:pPr>
              <w:rPr>
                <w:rFonts w:eastAsia="Times New Roman" w:cs="Calibri"/>
                <w:sz w:val="16"/>
                <w:szCs w:val="16"/>
              </w:rPr>
            </w:pPr>
            <w:r w:rsidRPr="00EF5A03">
              <w:rPr>
                <w:rFonts w:eastAsia="Times New Roman" w:cs="Calibri"/>
                <w:sz w:val="16"/>
                <w:szCs w:val="16"/>
              </w:rPr>
              <w:t>Communications &amp; VoIP</w:t>
            </w:r>
          </w:p>
        </w:tc>
        <w:tc>
          <w:tcPr>
            <w:tcW w:w="739" w:type="pct"/>
          </w:tcPr>
          <w:p w14:paraId="00A1F67D" w14:textId="30749ABE" w:rsidR="004D6800" w:rsidRPr="00EF5A03" w:rsidRDefault="004D6800" w:rsidP="00EF5A03">
            <w:pPr>
              <w:rPr>
                <w:rFonts w:eastAsia="Times New Roman" w:cs="Calibri"/>
                <w:sz w:val="16"/>
                <w:szCs w:val="16"/>
              </w:rPr>
            </w:pPr>
            <w:r w:rsidRPr="00EF5A03">
              <w:rPr>
                <w:rFonts w:eastAsia="Times New Roman" w:cs="Calibri"/>
                <w:sz w:val="16"/>
                <w:szCs w:val="16"/>
              </w:rPr>
              <w:t>Business Applications</w:t>
            </w:r>
          </w:p>
        </w:tc>
        <w:tc>
          <w:tcPr>
            <w:tcW w:w="942" w:type="pct"/>
          </w:tcPr>
          <w:p w14:paraId="6079C9E3" w14:textId="03C697A2" w:rsidR="004D6800" w:rsidRPr="00EF5A03" w:rsidRDefault="004D6800" w:rsidP="00EF5A03">
            <w:pPr>
              <w:rPr>
                <w:rFonts w:eastAsia="Times New Roman" w:cs="Calibri"/>
                <w:sz w:val="16"/>
                <w:szCs w:val="16"/>
              </w:rPr>
            </w:pPr>
            <w:r w:rsidRPr="004D6800">
              <w:rPr>
                <w:rFonts w:eastAsia="Times New Roman" w:cs="Calibri"/>
                <w:sz w:val="16"/>
                <w:szCs w:val="16"/>
              </w:rPr>
              <w:t>Security &amp; Monitoring</w:t>
            </w:r>
          </w:p>
        </w:tc>
      </w:tr>
      <w:tr w:rsidR="004D6800" w14:paraId="359BEC36" w14:textId="77777777" w:rsidTr="00EC7144">
        <w:trPr>
          <w:trHeight w:val="2591"/>
        </w:trPr>
        <w:tc>
          <w:tcPr>
            <w:tcW w:w="1099" w:type="pct"/>
          </w:tcPr>
          <w:p w14:paraId="2E80D1ED" w14:textId="0EF75609"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SAN</w:t>
            </w:r>
            <w:r w:rsidR="00EC7144">
              <w:rPr>
                <w:rFonts w:eastAsia="Times New Roman" w:cs="Calibri"/>
                <w:sz w:val="16"/>
                <w:szCs w:val="16"/>
              </w:rPr>
              <w:t xml:space="preserve"> Management</w:t>
            </w:r>
          </w:p>
          <w:p w14:paraId="1F022BB2" w14:textId="23D12EEF"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V</w:t>
            </w:r>
            <w:r w:rsidR="00EC7144">
              <w:rPr>
                <w:rFonts w:eastAsia="Times New Roman" w:cs="Calibri"/>
                <w:sz w:val="16"/>
                <w:szCs w:val="16"/>
              </w:rPr>
              <w:t>eeam Backup &amp; Replication</w:t>
            </w:r>
          </w:p>
          <w:p w14:paraId="315300CA" w14:textId="2A8F56C3"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Veritas</w:t>
            </w:r>
          </w:p>
          <w:p w14:paraId="585216E7" w14:textId="0E1A662C" w:rsidR="004D6800"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Symantec Backup Exec</w:t>
            </w:r>
          </w:p>
          <w:p w14:paraId="10CB1EE8" w14:textId="15BD45D3" w:rsidR="00EC7144" w:rsidRPr="00EF5A03" w:rsidRDefault="00EC7144" w:rsidP="00EF5A03">
            <w:pPr>
              <w:rPr>
                <w:rFonts w:eastAsia="Times New Roman" w:cs="Calibri"/>
                <w:sz w:val="16"/>
                <w:szCs w:val="16"/>
              </w:rPr>
            </w:pPr>
            <w:r w:rsidRPr="004D6800">
              <w:rPr>
                <w:rFonts w:eastAsia="Times New Roman" w:cs="Calibri"/>
                <w:sz w:val="16"/>
                <w:szCs w:val="16"/>
              </w:rPr>
              <w:t>•</w:t>
            </w:r>
            <w:r>
              <w:rPr>
                <w:rFonts w:eastAsia="Times New Roman" w:cs="Calibri"/>
                <w:sz w:val="16"/>
                <w:szCs w:val="16"/>
              </w:rPr>
              <w:t xml:space="preserve">  Acronis</w:t>
            </w:r>
          </w:p>
          <w:p w14:paraId="60458DBB" w14:textId="778C2F32"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Data &amp; Disaster Recovery</w:t>
            </w:r>
          </w:p>
        </w:tc>
        <w:tc>
          <w:tcPr>
            <w:tcW w:w="739" w:type="pct"/>
          </w:tcPr>
          <w:p w14:paraId="675B3BC3" w14:textId="0D4E2731"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PowerShell</w:t>
            </w:r>
          </w:p>
          <w:p w14:paraId="32109935" w14:textId="7BD2018C"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HTML</w:t>
            </w:r>
          </w:p>
          <w:p w14:paraId="41D25946" w14:textId="42F7737E"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PHP</w:t>
            </w:r>
          </w:p>
          <w:p w14:paraId="3DB7B629" w14:textId="265FA068"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Java JDK</w:t>
            </w:r>
          </w:p>
          <w:p w14:paraId="4BD413AB" w14:textId="452EFCB9"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Microsoft Visual Studio</w:t>
            </w:r>
          </w:p>
          <w:p w14:paraId="2203599F" w14:textId="1368B52F"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VS Code</w:t>
            </w:r>
          </w:p>
          <w:p w14:paraId="7591DBB6" w14:textId="28C83353"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SQL Server</w:t>
            </w:r>
            <w:r w:rsidR="00EC7144">
              <w:rPr>
                <w:rFonts w:eastAsia="Times New Roman" w:cs="Calibri"/>
                <w:sz w:val="16"/>
                <w:szCs w:val="16"/>
              </w:rPr>
              <w:t xml:space="preserve"> &amp; Management Studio</w:t>
            </w:r>
          </w:p>
          <w:p w14:paraId="77A6C2BC" w14:textId="75C740D9"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Blockchain Technology</w:t>
            </w:r>
          </w:p>
        </w:tc>
        <w:tc>
          <w:tcPr>
            <w:tcW w:w="740" w:type="pct"/>
          </w:tcPr>
          <w:p w14:paraId="2BCA9536" w14:textId="2ACF4FD6"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ServiceNow</w:t>
            </w:r>
          </w:p>
          <w:p w14:paraId="15CB13F5" w14:textId="5759C421"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Confluence</w:t>
            </w:r>
          </w:p>
          <w:p w14:paraId="2AC96197" w14:textId="42934886"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Jira</w:t>
            </w:r>
          </w:p>
          <w:p w14:paraId="0AB1B18E" w14:textId="2ABCCDE8"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Project Management</w:t>
            </w:r>
          </w:p>
          <w:p w14:paraId="5DF543F0" w14:textId="58B11B3C" w:rsidR="004D6800"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Software Deployment</w:t>
            </w:r>
          </w:p>
          <w:p w14:paraId="14518EF9" w14:textId="1920E194" w:rsidR="00EC7144" w:rsidRDefault="00EC7144" w:rsidP="00EF5A03">
            <w:pPr>
              <w:rPr>
                <w:rFonts w:eastAsia="Times New Roman" w:cs="Calibri"/>
                <w:sz w:val="16"/>
                <w:szCs w:val="16"/>
              </w:rPr>
            </w:pPr>
            <w:r w:rsidRPr="004D6800">
              <w:rPr>
                <w:rFonts w:eastAsia="Times New Roman" w:cs="Calibri"/>
                <w:sz w:val="16"/>
                <w:szCs w:val="16"/>
              </w:rPr>
              <w:t>•</w:t>
            </w:r>
            <w:r>
              <w:rPr>
                <w:rFonts w:eastAsia="Times New Roman" w:cs="Calibri"/>
                <w:sz w:val="16"/>
                <w:szCs w:val="16"/>
              </w:rPr>
              <w:t xml:space="preserve">  </w:t>
            </w:r>
            <w:proofErr w:type="spellStart"/>
            <w:r>
              <w:rPr>
                <w:rFonts w:eastAsia="Times New Roman" w:cs="Calibri"/>
                <w:sz w:val="16"/>
                <w:szCs w:val="16"/>
              </w:rPr>
              <w:t>WorkDay</w:t>
            </w:r>
            <w:proofErr w:type="spellEnd"/>
          </w:p>
          <w:p w14:paraId="05EA0D1E" w14:textId="2EDC3FD9" w:rsidR="00EC7144" w:rsidRPr="00EF5A03" w:rsidRDefault="00EC7144" w:rsidP="00EF5A03">
            <w:pPr>
              <w:rPr>
                <w:rFonts w:eastAsia="Times New Roman" w:cs="Calibri"/>
                <w:sz w:val="16"/>
                <w:szCs w:val="16"/>
              </w:rPr>
            </w:pPr>
            <w:r w:rsidRPr="004D6800">
              <w:rPr>
                <w:rFonts w:eastAsia="Times New Roman" w:cs="Calibri"/>
                <w:sz w:val="16"/>
                <w:szCs w:val="16"/>
              </w:rPr>
              <w:t>•</w:t>
            </w:r>
            <w:r>
              <w:rPr>
                <w:rFonts w:eastAsia="Times New Roman" w:cs="Calibri"/>
                <w:sz w:val="16"/>
                <w:szCs w:val="16"/>
              </w:rPr>
              <w:t xml:space="preserve">  ConnectWise</w:t>
            </w:r>
          </w:p>
          <w:p w14:paraId="253C4699" w14:textId="2E45FE29"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Patch Management</w:t>
            </w:r>
          </w:p>
          <w:p w14:paraId="146D3174" w14:textId="2990CD86"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Service Desk</w:t>
            </w:r>
          </w:p>
          <w:p w14:paraId="3C0EE8C3" w14:textId="311F93D9"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Tenant &amp; System Migrations</w:t>
            </w:r>
          </w:p>
          <w:p w14:paraId="50E81C3E" w14:textId="013312B5" w:rsidR="004D6800" w:rsidRDefault="00930AE8" w:rsidP="00C75214">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Asset Acquisition &amp; Disposal</w:t>
            </w:r>
          </w:p>
          <w:p w14:paraId="53899C9C" w14:textId="12812295" w:rsidR="00C75214" w:rsidRPr="00EF5A03" w:rsidRDefault="00930AE8" w:rsidP="00C75214">
            <w:pPr>
              <w:rPr>
                <w:rFonts w:eastAsia="Times New Roman" w:cs="Calibri"/>
                <w:sz w:val="16"/>
                <w:szCs w:val="16"/>
              </w:rPr>
            </w:pPr>
            <w:r w:rsidRPr="004D6800">
              <w:rPr>
                <w:rFonts w:eastAsia="Times New Roman" w:cs="Calibri"/>
                <w:sz w:val="16"/>
                <w:szCs w:val="16"/>
              </w:rPr>
              <w:t>•</w:t>
            </w:r>
            <w:r>
              <w:rPr>
                <w:rFonts w:eastAsia="Times New Roman" w:cs="Calibri"/>
                <w:sz w:val="16"/>
                <w:szCs w:val="16"/>
              </w:rPr>
              <w:t xml:space="preserve"> </w:t>
            </w:r>
            <w:r w:rsidR="00C75214">
              <w:rPr>
                <w:rFonts w:eastAsia="Times New Roman" w:cs="Calibri"/>
                <w:sz w:val="16"/>
                <w:szCs w:val="16"/>
              </w:rPr>
              <w:t>Break/fix</w:t>
            </w:r>
            <w:r w:rsidR="00EC7144">
              <w:rPr>
                <w:rFonts w:eastAsia="Times New Roman" w:cs="Calibri"/>
                <w:sz w:val="16"/>
                <w:szCs w:val="16"/>
              </w:rPr>
              <w:t xml:space="preserve"> Support</w:t>
            </w:r>
          </w:p>
        </w:tc>
        <w:tc>
          <w:tcPr>
            <w:tcW w:w="739" w:type="pct"/>
          </w:tcPr>
          <w:p w14:paraId="025DD062" w14:textId="4E15C08D"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Cisco VoIP</w:t>
            </w:r>
          </w:p>
          <w:p w14:paraId="640FE224" w14:textId="6B22CF29"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Mitel</w:t>
            </w:r>
          </w:p>
          <w:p w14:paraId="5063752B" w14:textId="585A4F5A"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Nextiva</w:t>
            </w:r>
          </w:p>
          <w:p w14:paraId="3B9FE978" w14:textId="77777777" w:rsidR="004D6800"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RingCentral</w:t>
            </w:r>
          </w:p>
          <w:p w14:paraId="0FEBC0DE" w14:textId="77777777" w:rsidR="00EC7144" w:rsidRDefault="00EC7144" w:rsidP="00EF5A03">
            <w:pPr>
              <w:rPr>
                <w:rFonts w:eastAsia="Times New Roman" w:cs="Calibri"/>
                <w:sz w:val="16"/>
                <w:szCs w:val="16"/>
              </w:rPr>
            </w:pPr>
            <w:r w:rsidRPr="004D6800">
              <w:rPr>
                <w:rFonts w:eastAsia="Times New Roman" w:cs="Calibri"/>
                <w:sz w:val="16"/>
                <w:szCs w:val="16"/>
              </w:rPr>
              <w:t>•</w:t>
            </w:r>
            <w:r>
              <w:rPr>
                <w:rFonts w:eastAsia="Times New Roman" w:cs="Calibri"/>
                <w:sz w:val="16"/>
                <w:szCs w:val="16"/>
              </w:rPr>
              <w:t xml:space="preserve">  Twilio</w:t>
            </w:r>
          </w:p>
          <w:p w14:paraId="64C07C9B" w14:textId="77777777" w:rsidR="00EC7144" w:rsidRDefault="00EC7144" w:rsidP="00EF5A03">
            <w:pPr>
              <w:rPr>
                <w:rFonts w:eastAsia="Times New Roman" w:cs="Calibri"/>
                <w:sz w:val="16"/>
                <w:szCs w:val="16"/>
              </w:rPr>
            </w:pPr>
            <w:r w:rsidRPr="004D6800">
              <w:rPr>
                <w:rFonts w:eastAsia="Times New Roman" w:cs="Calibri"/>
                <w:sz w:val="16"/>
                <w:szCs w:val="16"/>
              </w:rPr>
              <w:t>•</w:t>
            </w:r>
            <w:r>
              <w:rPr>
                <w:rFonts w:eastAsia="Times New Roman" w:cs="Calibri"/>
                <w:sz w:val="16"/>
                <w:szCs w:val="16"/>
              </w:rPr>
              <w:t xml:space="preserve">  Yealink</w:t>
            </w:r>
          </w:p>
          <w:p w14:paraId="6149DF51" w14:textId="6DF2C5D5" w:rsidR="00EC7144" w:rsidRPr="00EF5A03" w:rsidRDefault="00EC7144" w:rsidP="00EF5A03">
            <w:pPr>
              <w:rPr>
                <w:rFonts w:eastAsia="Times New Roman" w:cs="Calibri"/>
                <w:sz w:val="16"/>
                <w:szCs w:val="16"/>
              </w:rPr>
            </w:pPr>
            <w:r w:rsidRPr="004D6800">
              <w:rPr>
                <w:rFonts w:eastAsia="Times New Roman" w:cs="Calibri"/>
                <w:sz w:val="16"/>
                <w:szCs w:val="16"/>
              </w:rPr>
              <w:t>•</w:t>
            </w:r>
            <w:r>
              <w:rPr>
                <w:rFonts w:eastAsia="Times New Roman" w:cs="Calibri"/>
                <w:sz w:val="16"/>
                <w:szCs w:val="16"/>
              </w:rPr>
              <w:t xml:space="preserve">  Polycom</w:t>
            </w:r>
          </w:p>
        </w:tc>
        <w:tc>
          <w:tcPr>
            <w:tcW w:w="739" w:type="pct"/>
          </w:tcPr>
          <w:p w14:paraId="35A062DF" w14:textId="661D2098"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Salesforce</w:t>
            </w:r>
          </w:p>
          <w:p w14:paraId="64FDE78A" w14:textId="7E6CA4C5"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QuickBooks Enterprise</w:t>
            </w:r>
          </w:p>
          <w:p w14:paraId="7BA893DD" w14:textId="2BB06FBB"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Bloomberg Terminal</w:t>
            </w:r>
          </w:p>
          <w:p w14:paraId="0D3D735C" w14:textId="34DCEACB"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Kipu Health</w:t>
            </w:r>
          </w:p>
          <w:p w14:paraId="097F3D75" w14:textId="13ED2E0B"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Fiserv</w:t>
            </w:r>
          </w:p>
          <w:p w14:paraId="71656B59" w14:textId="04DCF889"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Clarity</w:t>
            </w:r>
          </w:p>
          <w:p w14:paraId="5AD417DD" w14:textId="0A7ED898" w:rsidR="004D6800" w:rsidRPr="00EF5A03"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Adobe Creative Cloud</w:t>
            </w:r>
          </w:p>
          <w:p w14:paraId="2D6D286F" w14:textId="77777777" w:rsidR="004D6800" w:rsidRDefault="00930AE8" w:rsidP="00EF5A03">
            <w:pPr>
              <w:rPr>
                <w:rFonts w:eastAsia="Times New Roman" w:cs="Calibri"/>
                <w:sz w:val="16"/>
                <w:szCs w:val="16"/>
              </w:rPr>
            </w:pPr>
            <w:r w:rsidRPr="004D6800">
              <w:rPr>
                <w:rFonts w:eastAsia="Times New Roman" w:cs="Calibri"/>
                <w:sz w:val="16"/>
                <w:szCs w:val="16"/>
              </w:rPr>
              <w:t>•</w:t>
            </w:r>
            <w:r w:rsidR="004D6800" w:rsidRPr="00EF5A03">
              <w:rPr>
                <w:rFonts w:eastAsia="Times New Roman" w:cs="Calibri"/>
                <w:sz w:val="16"/>
                <w:szCs w:val="16"/>
              </w:rPr>
              <w:t xml:space="preserve">  Power BI Desktop</w:t>
            </w:r>
          </w:p>
          <w:p w14:paraId="264F9981" w14:textId="77777777" w:rsidR="00EC7144" w:rsidRDefault="00EC7144" w:rsidP="00EF5A03">
            <w:pPr>
              <w:rPr>
                <w:rFonts w:eastAsia="Times New Roman" w:cs="Calibri"/>
                <w:sz w:val="16"/>
                <w:szCs w:val="16"/>
              </w:rPr>
            </w:pPr>
            <w:r w:rsidRPr="004D6800">
              <w:rPr>
                <w:rFonts w:eastAsia="Times New Roman" w:cs="Calibri"/>
                <w:sz w:val="16"/>
                <w:szCs w:val="16"/>
              </w:rPr>
              <w:t>•</w:t>
            </w:r>
            <w:r>
              <w:rPr>
                <w:rFonts w:eastAsia="Times New Roman" w:cs="Calibri"/>
                <w:sz w:val="16"/>
                <w:szCs w:val="16"/>
              </w:rPr>
              <w:t xml:space="preserve">  IBM AS/400</w:t>
            </w:r>
          </w:p>
          <w:p w14:paraId="2D19B61B" w14:textId="77777777" w:rsidR="00EC7144" w:rsidRDefault="00EC7144" w:rsidP="00EF5A03">
            <w:pPr>
              <w:rPr>
                <w:rFonts w:eastAsia="Times New Roman" w:cs="Calibri"/>
                <w:sz w:val="16"/>
                <w:szCs w:val="16"/>
              </w:rPr>
            </w:pPr>
            <w:r w:rsidRPr="004D6800">
              <w:rPr>
                <w:rFonts w:eastAsia="Times New Roman" w:cs="Calibri"/>
                <w:sz w:val="16"/>
                <w:szCs w:val="16"/>
              </w:rPr>
              <w:t>•</w:t>
            </w:r>
            <w:r>
              <w:rPr>
                <w:rFonts w:eastAsia="Times New Roman" w:cs="Calibri"/>
                <w:sz w:val="16"/>
                <w:szCs w:val="16"/>
              </w:rPr>
              <w:t xml:space="preserve">  IBM </w:t>
            </w:r>
            <w:proofErr w:type="spellStart"/>
            <w:r>
              <w:rPr>
                <w:rFonts w:eastAsia="Times New Roman" w:cs="Calibri"/>
                <w:sz w:val="16"/>
                <w:szCs w:val="16"/>
              </w:rPr>
              <w:t>iAccess</w:t>
            </w:r>
            <w:proofErr w:type="spellEnd"/>
            <w:r>
              <w:rPr>
                <w:rFonts w:eastAsia="Times New Roman" w:cs="Calibri"/>
                <w:sz w:val="16"/>
                <w:szCs w:val="16"/>
              </w:rPr>
              <w:t xml:space="preserve"> (ACS)</w:t>
            </w:r>
          </w:p>
          <w:p w14:paraId="5845F66D" w14:textId="692730EF" w:rsidR="00EC7144" w:rsidRDefault="00EC7144" w:rsidP="00EF5A03">
            <w:pPr>
              <w:rPr>
                <w:rFonts w:eastAsia="Times New Roman" w:cs="Calibri"/>
                <w:sz w:val="16"/>
                <w:szCs w:val="16"/>
              </w:rPr>
            </w:pPr>
            <w:r w:rsidRPr="004D6800">
              <w:rPr>
                <w:rFonts w:eastAsia="Times New Roman" w:cs="Calibri"/>
                <w:sz w:val="16"/>
                <w:szCs w:val="16"/>
              </w:rPr>
              <w:t>•</w:t>
            </w:r>
            <w:r>
              <w:rPr>
                <w:rFonts w:eastAsia="Times New Roman" w:cs="Calibri"/>
                <w:sz w:val="16"/>
                <w:szCs w:val="16"/>
              </w:rPr>
              <w:t xml:space="preserve">  </w:t>
            </w:r>
            <w:proofErr w:type="spellStart"/>
            <w:r>
              <w:rPr>
                <w:rFonts w:eastAsia="Times New Roman" w:cs="Calibri"/>
                <w:sz w:val="16"/>
                <w:szCs w:val="16"/>
              </w:rPr>
              <w:t>Intellij</w:t>
            </w:r>
            <w:proofErr w:type="spellEnd"/>
            <w:r>
              <w:rPr>
                <w:rFonts w:eastAsia="Times New Roman" w:cs="Calibri"/>
                <w:sz w:val="16"/>
                <w:szCs w:val="16"/>
              </w:rPr>
              <w:t xml:space="preserve"> IDEA</w:t>
            </w:r>
          </w:p>
          <w:p w14:paraId="6A090DAD" w14:textId="20654C27" w:rsidR="00EC7144" w:rsidRPr="00EF5A03" w:rsidRDefault="00EC7144" w:rsidP="00EF5A03">
            <w:pPr>
              <w:rPr>
                <w:rFonts w:eastAsia="Times New Roman" w:cs="Calibri"/>
                <w:sz w:val="16"/>
                <w:szCs w:val="16"/>
              </w:rPr>
            </w:pPr>
            <w:r w:rsidRPr="004D6800">
              <w:rPr>
                <w:rFonts w:eastAsia="Times New Roman" w:cs="Calibri"/>
                <w:sz w:val="16"/>
                <w:szCs w:val="16"/>
              </w:rPr>
              <w:t>•</w:t>
            </w:r>
            <w:r>
              <w:rPr>
                <w:rFonts w:eastAsia="Times New Roman" w:cs="Calibri"/>
                <w:sz w:val="16"/>
                <w:szCs w:val="16"/>
              </w:rPr>
              <w:t xml:space="preserve">  Postman</w:t>
            </w:r>
          </w:p>
        </w:tc>
        <w:tc>
          <w:tcPr>
            <w:tcW w:w="942" w:type="pct"/>
          </w:tcPr>
          <w:p w14:paraId="6F7CD424" w14:textId="77777777" w:rsidR="004D6800" w:rsidRPr="004D6800" w:rsidRDefault="004D6800" w:rsidP="004D6800">
            <w:pPr>
              <w:rPr>
                <w:rFonts w:eastAsia="Times New Roman" w:cs="Calibri"/>
                <w:sz w:val="16"/>
                <w:szCs w:val="16"/>
              </w:rPr>
            </w:pPr>
            <w:r w:rsidRPr="004D6800">
              <w:rPr>
                <w:rFonts w:eastAsia="Times New Roman" w:cs="Calibri"/>
                <w:sz w:val="16"/>
                <w:szCs w:val="16"/>
              </w:rPr>
              <w:t>•  Microsoft Defender</w:t>
            </w:r>
          </w:p>
          <w:p w14:paraId="22E36AA2" w14:textId="77777777" w:rsidR="004D6800" w:rsidRPr="004D6800" w:rsidRDefault="004D6800" w:rsidP="004D6800">
            <w:pPr>
              <w:rPr>
                <w:rFonts w:eastAsia="Times New Roman" w:cs="Calibri"/>
                <w:sz w:val="16"/>
                <w:szCs w:val="16"/>
              </w:rPr>
            </w:pPr>
            <w:r w:rsidRPr="004D6800">
              <w:rPr>
                <w:rFonts w:eastAsia="Times New Roman" w:cs="Calibri"/>
                <w:sz w:val="16"/>
                <w:szCs w:val="16"/>
              </w:rPr>
              <w:t>•  CrowdStrike</w:t>
            </w:r>
          </w:p>
          <w:p w14:paraId="097E7E94" w14:textId="77777777" w:rsidR="004D6800" w:rsidRPr="004D6800" w:rsidRDefault="004D6800" w:rsidP="004D6800">
            <w:pPr>
              <w:rPr>
                <w:rFonts w:eastAsia="Times New Roman" w:cs="Calibri"/>
                <w:sz w:val="16"/>
                <w:szCs w:val="16"/>
              </w:rPr>
            </w:pPr>
            <w:r w:rsidRPr="004D6800">
              <w:rPr>
                <w:rFonts w:eastAsia="Times New Roman" w:cs="Calibri"/>
                <w:sz w:val="16"/>
                <w:szCs w:val="16"/>
              </w:rPr>
              <w:t>•  Splunk</w:t>
            </w:r>
          </w:p>
          <w:p w14:paraId="54CAB04F" w14:textId="77777777" w:rsidR="004D6800" w:rsidRPr="004D6800" w:rsidRDefault="004D6800" w:rsidP="004D6800">
            <w:pPr>
              <w:rPr>
                <w:rFonts w:eastAsia="Times New Roman" w:cs="Calibri"/>
                <w:sz w:val="16"/>
                <w:szCs w:val="16"/>
              </w:rPr>
            </w:pPr>
            <w:r w:rsidRPr="004D6800">
              <w:rPr>
                <w:rFonts w:eastAsia="Times New Roman" w:cs="Calibri"/>
                <w:sz w:val="16"/>
                <w:szCs w:val="16"/>
              </w:rPr>
              <w:t xml:space="preserve">•  </w:t>
            </w:r>
            <w:proofErr w:type="spellStart"/>
            <w:r w:rsidRPr="004D6800">
              <w:rPr>
                <w:rFonts w:eastAsia="Times New Roman" w:cs="Calibri"/>
                <w:sz w:val="16"/>
                <w:szCs w:val="16"/>
              </w:rPr>
              <w:t>zScaler</w:t>
            </w:r>
            <w:proofErr w:type="spellEnd"/>
          </w:p>
          <w:p w14:paraId="7EDA978B" w14:textId="77777777" w:rsidR="004D6800" w:rsidRPr="004D6800" w:rsidRDefault="004D6800" w:rsidP="004D6800">
            <w:pPr>
              <w:rPr>
                <w:rFonts w:eastAsia="Times New Roman" w:cs="Calibri"/>
                <w:sz w:val="16"/>
                <w:szCs w:val="16"/>
              </w:rPr>
            </w:pPr>
            <w:r w:rsidRPr="004D6800">
              <w:rPr>
                <w:rFonts w:eastAsia="Times New Roman" w:cs="Calibri"/>
                <w:sz w:val="16"/>
                <w:szCs w:val="16"/>
              </w:rPr>
              <w:t>•  BitLocker (MBAM)</w:t>
            </w:r>
          </w:p>
          <w:p w14:paraId="22F4AF53" w14:textId="77777777" w:rsidR="004D6800" w:rsidRPr="004D6800" w:rsidRDefault="004D6800" w:rsidP="004D6800">
            <w:pPr>
              <w:rPr>
                <w:rFonts w:eastAsia="Times New Roman" w:cs="Calibri"/>
                <w:sz w:val="16"/>
                <w:szCs w:val="16"/>
              </w:rPr>
            </w:pPr>
            <w:r w:rsidRPr="004D6800">
              <w:rPr>
                <w:rFonts w:eastAsia="Times New Roman" w:cs="Calibri"/>
                <w:sz w:val="16"/>
                <w:szCs w:val="16"/>
              </w:rPr>
              <w:t xml:space="preserve">•  </w:t>
            </w:r>
            <w:proofErr w:type="spellStart"/>
            <w:r w:rsidRPr="004D6800">
              <w:rPr>
                <w:rFonts w:eastAsia="Times New Roman" w:cs="Calibri"/>
                <w:sz w:val="16"/>
                <w:szCs w:val="16"/>
              </w:rPr>
              <w:t>CompuTrace</w:t>
            </w:r>
            <w:proofErr w:type="spellEnd"/>
          </w:p>
          <w:p w14:paraId="1FF6D87F" w14:textId="77777777" w:rsidR="004D6800" w:rsidRPr="004D6800" w:rsidRDefault="004D6800" w:rsidP="004D6800">
            <w:pPr>
              <w:rPr>
                <w:rFonts w:eastAsia="Times New Roman" w:cs="Calibri"/>
                <w:sz w:val="16"/>
                <w:szCs w:val="16"/>
              </w:rPr>
            </w:pPr>
            <w:r w:rsidRPr="004D6800">
              <w:rPr>
                <w:rFonts w:eastAsia="Times New Roman" w:cs="Calibri"/>
                <w:sz w:val="16"/>
                <w:szCs w:val="16"/>
              </w:rPr>
              <w:t>•  Lenovo Absolute Persistence Module</w:t>
            </w:r>
          </w:p>
          <w:p w14:paraId="18ADC735" w14:textId="77777777" w:rsidR="004D6800" w:rsidRDefault="004D6800" w:rsidP="004D6800">
            <w:pPr>
              <w:rPr>
                <w:rFonts w:eastAsia="Times New Roman" w:cs="Calibri"/>
                <w:sz w:val="16"/>
                <w:szCs w:val="16"/>
              </w:rPr>
            </w:pPr>
            <w:r w:rsidRPr="004D6800">
              <w:rPr>
                <w:rFonts w:eastAsia="Times New Roman" w:cs="Calibri"/>
                <w:sz w:val="16"/>
                <w:szCs w:val="16"/>
              </w:rPr>
              <w:t>•  Debugging &amp; Log Analysis</w:t>
            </w:r>
          </w:p>
          <w:p w14:paraId="050DC8DF" w14:textId="77777777" w:rsidR="00EC7144" w:rsidRDefault="00EC7144" w:rsidP="004D6800">
            <w:pPr>
              <w:rPr>
                <w:rFonts w:eastAsia="Times New Roman" w:cs="Calibri"/>
                <w:sz w:val="16"/>
                <w:szCs w:val="16"/>
              </w:rPr>
            </w:pPr>
            <w:r w:rsidRPr="004D6800">
              <w:rPr>
                <w:rFonts w:eastAsia="Times New Roman" w:cs="Calibri"/>
                <w:sz w:val="16"/>
                <w:szCs w:val="16"/>
              </w:rPr>
              <w:t>•</w:t>
            </w:r>
            <w:r>
              <w:rPr>
                <w:rFonts w:eastAsia="Times New Roman" w:cs="Calibri"/>
                <w:sz w:val="16"/>
                <w:szCs w:val="16"/>
              </w:rPr>
              <w:t xml:space="preserve">  WSUS</w:t>
            </w:r>
          </w:p>
          <w:p w14:paraId="785E8B39" w14:textId="4A3ADB23" w:rsidR="00EC7144" w:rsidRPr="00EF5A03" w:rsidRDefault="00EC7144" w:rsidP="004D6800">
            <w:pPr>
              <w:rPr>
                <w:rFonts w:eastAsia="Times New Roman" w:cs="Calibri"/>
                <w:sz w:val="16"/>
                <w:szCs w:val="16"/>
              </w:rPr>
            </w:pPr>
            <w:r w:rsidRPr="004D6800">
              <w:rPr>
                <w:rFonts w:eastAsia="Times New Roman" w:cs="Calibri"/>
                <w:sz w:val="16"/>
                <w:szCs w:val="16"/>
              </w:rPr>
              <w:t>•</w:t>
            </w:r>
            <w:r>
              <w:rPr>
                <w:rFonts w:eastAsia="Times New Roman" w:cs="Calibri"/>
                <w:sz w:val="16"/>
                <w:szCs w:val="16"/>
              </w:rPr>
              <w:t xml:space="preserve">  Dell System Manager</w:t>
            </w:r>
          </w:p>
        </w:tc>
      </w:tr>
    </w:tbl>
    <w:p w14:paraId="52C41F70" w14:textId="77777777" w:rsidR="00B01370" w:rsidRDefault="00B01370" w:rsidP="00930AE8">
      <w:pPr>
        <w:rPr>
          <w:rFonts w:eastAsia="Calibri" w:cs="Calibri"/>
        </w:rPr>
      </w:pPr>
    </w:p>
    <w:p w14:paraId="43E1516E" w14:textId="77777777" w:rsidR="00B01370" w:rsidRDefault="00B01370" w:rsidP="00B01370">
      <w:pPr>
        <w:rPr>
          <w:rFonts w:eastAsia="Calibri" w:cs="Calibri"/>
        </w:rPr>
      </w:pPr>
    </w:p>
    <w:sectPr w:rsidR="00B01370" w:rsidSect="00BB2E83">
      <w:footerReference w:type="default" r:id="rId9"/>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24129" w14:textId="77777777" w:rsidR="00501C09" w:rsidRDefault="00501C09" w:rsidP="00D67DAE">
      <w:pPr>
        <w:spacing w:after="0" w:line="240" w:lineRule="auto"/>
      </w:pPr>
      <w:r>
        <w:separator/>
      </w:r>
    </w:p>
  </w:endnote>
  <w:endnote w:type="continuationSeparator" w:id="0">
    <w:p w14:paraId="111982C5" w14:textId="77777777" w:rsidR="00501C09" w:rsidRDefault="00501C09" w:rsidP="00D67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2C438F4E" w14:paraId="03C5A697" w14:textId="77777777" w:rsidTr="2C438F4E">
      <w:trPr>
        <w:trHeight w:val="300"/>
      </w:trPr>
      <w:tc>
        <w:tcPr>
          <w:tcW w:w="2880" w:type="dxa"/>
        </w:tcPr>
        <w:p w14:paraId="1AA2F518" w14:textId="43D9DA72" w:rsidR="2C438F4E" w:rsidRDefault="2C438F4E" w:rsidP="2C438F4E">
          <w:pPr>
            <w:pStyle w:val="Header"/>
            <w:ind w:left="-115"/>
          </w:pPr>
        </w:p>
      </w:tc>
      <w:tc>
        <w:tcPr>
          <w:tcW w:w="2880" w:type="dxa"/>
        </w:tcPr>
        <w:p w14:paraId="0877DFE7" w14:textId="470133DD" w:rsidR="2C438F4E" w:rsidRDefault="2C438F4E" w:rsidP="2C438F4E">
          <w:pPr>
            <w:pStyle w:val="Header"/>
            <w:jc w:val="center"/>
          </w:pPr>
        </w:p>
      </w:tc>
      <w:tc>
        <w:tcPr>
          <w:tcW w:w="2880" w:type="dxa"/>
        </w:tcPr>
        <w:p w14:paraId="7516C389" w14:textId="52ADDB02" w:rsidR="2C438F4E" w:rsidRDefault="2C438F4E" w:rsidP="2C438F4E">
          <w:pPr>
            <w:pStyle w:val="Header"/>
            <w:ind w:right="-115"/>
            <w:jc w:val="right"/>
          </w:pPr>
        </w:p>
      </w:tc>
    </w:tr>
  </w:tbl>
  <w:p w14:paraId="47078A06" w14:textId="52F195F1" w:rsidR="00D67DAE" w:rsidRDefault="00D67DAE" w:rsidP="416AEC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FBF74" w14:textId="77777777" w:rsidR="00501C09" w:rsidRDefault="00501C09" w:rsidP="00D67DAE">
      <w:pPr>
        <w:spacing w:after="0" w:line="240" w:lineRule="auto"/>
      </w:pPr>
      <w:r>
        <w:separator/>
      </w:r>
    </w:p>
  </w:footnote>
  <w:footnote w:type="continuationSeparator" w:id="0">
    <w:p w14:paraId="36F848F5" w14:textId="77777777" w:rsidR="00501C09" w:rsidRDefault="00501C09" w:rsidP="00D67D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3C366AF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45614F"/>
    <w:multiLevelType w:val="multilevel"/>
    <w:tmpl w:val="B40EF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85A0F8"/>
    <w:multiLevelType w:val="hybridMultilevel"/>
    <w:tmpl w:val="D4B2603C"/>
    <w:lvl w:ilvl="0" w:tplc="6338E23E">
      <w:start w:val="1"/>
      <w:numFmt w:val="bullet"/>
      <w:lvlText w:val=""/>
      <w:lvlJc w:val="left"/>
      <w:pPr>
        <w:ind w:left="720" w:hanging="360"/>
      </w:pPr>
      <w:rPr>
        <w:rFonts w:ascii="Symbol" w:hAnsi="Symbol" w:hint="default"/>
      </w:rPr>
    </w:lvl>
    <w:lvl w:ilvl="1" w:tplc="053E88EC">
      <w:start w:val="1"/>
      <w:numFmt w:val="bullet"/>
      <w:lvlText w:val="o"/>
      <w:lvlJc w:val="left"/>
      <w:pPr>
        <w:ind w:left="1440" w:hanging="360"/>
      </w:pPr>
      <w:rPr>
        <w:rFonts w:ascii="Courier New" w:hAnsi="Courier New" w:hint="default"/>
      </w:rPr>
    </w:lvl>
    <w:lvl w:ilvl="2" w:tplc="4F2232DE">
      <w:start w:val="1"/>
      <w:numFmt w:val="bullet"/>
      <w:lvlText w:val=""/>
      <w:lvlJc w:val="left"/>
      <w:pPr>
        <w:ind w:left="2160" w:hanging="360"/>
      </w:pPr>
      <w:rPr>
        <w:rFonts w:ascii="Wingdings" w:hAnsi="Wingdings" w:hint="default"/>
      </w:rPr>
    </w:lvl>
    <w:lvl w:ilvl="3" w:tplc="FD461570">
      <w:start w:val="1"/>
      <w:numFmt w:val="bullet"/>
      <w:lvlText w:val=""/>
      <w:lvlJc w:val="left"/>
      <w:pPr>
        <w:ind w:left="2880" w:hanging="360"/>
      </w:pPr>
      <w:rPr>
        <w:rFonts w:ascii="Symbol" w:hAnsi="Symbol" w:hint="default"/>
      </w:rPr>
    </w:lvl>
    <w:lvl w:ilvl="4" w:tplc="D0E2214A">
      <w:start w:val="1"/>
      <w:numFmt w:val="bullet"/>
      <w:lvlText w:val="o"/>
      <w:lvlJc w:val="left"/>
      <w:pPr>
        <w:ind w:left="3600" w:hanging="360"/>
      </w:pPr>
      <w:rPr>
        <w:rFonts w:ascii="Courier New" w:hAnsi="Courier New" w:hint="default"/>
      </w:rPr>
    </w:lvl>
    <w:lvl w:ilvl="5" w:tplc="5510A938">
      <w:start w:val="1"/>
      <w:numFmt w:val="bullet"/>
      <w:lvlText w:val=""/>
      <w:lvlJc w:val="left"/>
      <w:pPr>
        <w:ind w:left="4320" w:hanging="360"/>
      </w:pPr>
      <w:rPr>
        <w:rFonts w:ascii="Wingdings" w:hAnsi="Wingdings" w:hint="default"/>
      </w:rPr>
    </w:lvl>
    <w:lvl w:ilvl="6" w:tplc="6B367526">
      <w:start w:val="1"/>
      <w:numFmt w:val="bullet"/>
      <w:lvlText w:val=""/>
      <w:lvlJc w:val="left"/>
      <w:pPr>
        <w:ind w:left="5040" w:hanging="360"/>
      </w:pPr>
      <w:rPr>
        <w:rFonts w:ascii="Symbol" w:hAnsi="Symbol" w:hint="default"/>
      </w:rPr>
    </w:lvl>
    <w:lvl w:ilvl="7" w:tplc="973ECE26">
      <w:start w:val="1"/>
      <w:numFmt w:val="bullet"/>
      <w:lvlText w:val="o"/>
      <w:lvlJc w:val="left"/>
      <w:pPr>
        <w:ind w:left="5760" w:hanging="360"/>
      </w:pPr>
      <w:rPr>
        <w:rFonts w:ascii="Courier New" w:hAnsi="Courier New" w:hint="default"/>
      </w:rPr>
    </w:lvl>
    <w:lvl w:ilvl="8" w:tplc="03981888">
      <w:start w:val="1"/>
      <w:numFmt w:val="bullet"/>
      <w:lvlText w:val=""/>
      <w:lvlJc w:val="left"/>
      <w:pPr>
        <w:ind w:left="6480" w:hanging="360"/>
      </w:pPr>
      <w:rPr>
        <w:rFonts w:ascii="Wingdings" w:hAnsi="Wingdings" w:hint="default"/>
      </w:rPr>
    </w:lvl>
  </w:abstractNum>
  <w:num w:numId="1" w16cid:durableId="1672685684">
    <w:abstractNumId w:val="10"/>
  </w:num>
  <w:num w:numId="2" w16cid:durableId="1122384693">
    <w:abstractNumId w:val="0"/>
  </w:num>
  <w:num w:numId="3" w16cid:durableId="1193302888">
    <w:abstractNumId w:val="1"/>
  </w:num>
  <w:num w:numId="4" w16cid:durableId="1481650841">
    <w:abstractNumId w:val="5"/>
  </w:num>
  <w:num w:numId="5" w16cid:durableId="1504661078">
    <w:abstractNumId w:val="2"/>
  </w:num>
  <w:num w:numId="6" w16cid:durableId="1733000220">
    <w:abstractNumId w:val="4"/>
  </w:num>
  <w:num w:numId="7" w16cid:durableId="412625389">
    <w:abstractNumId w:val="8"/>
  </w:num>
  <w:num w:numId="8" w16cid:durableId="455413916">
    <w:abstractNumId w:val="6"/>
  </w:num>
  <w:num w:numId="9" w16cid:durableId="783812448">
    <w:abstractNumId w:val="7"/>
  </w:num>
  <w:num w:numId="10" w16cid:durableId="829293947">
    <w:abstractNumId w:val="3"/>
  </w:num>
  <w:num w:numId="11" w16cid:durableId="8618643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2C90"/>
    <w:rsid w:val="000873FB"/>
    <w:rsid w:val="000A3A6F"/>
    <w:rsid w:val="000C0579"/>
    <w:rsid w:val="000F5037"/>
    <w:rsid w:val="00134C7A"/>
    <w:rsid w:val="0015074B"/>
    <w:rsid w:val="001B6C45"/>
    <w:rsid w:val="001E0825"/>
    <w:rsid w:val="0024508D"/>
    <w:rsid w:val="0024630D"/>
    <w:rsid w:val="0029639D"/>
    <w:rsid w:val="00326F90"/>
    <w:rsid w:val="00360B96"/>
    <w:rsid w:val="00374906"/>
    <w:rsid w:val="00384FA8"/>
    <w:rsid w:val="003A136C"/>
    <w:rsid w:val="003C16BE"/>
    <w:rsid w:val="004676D0"/>
    <w:rsid w:val="004808E5"/>
    <w:rsid w:val="004A489D"/>
    <w:rsid w:val="004D6800"/>
    <w:rsid w:val="00501C09"/>
    <w:rsid w:val="0050748B"/>
    <w:rsid w:val="00522047"/>
    <w:rsid w:val="00565A74"/>
    <w:rsid w:val="005A5E9C"/>
    <w:rsid w:val="00621C01"/>
    <w:rsid w:val="006546D1"/>
    <w:rsid w:val="006863AC"/>
    <w:rsid w:val="006931DC"/>
    <w:rsid w:val="006E1ECB"/>
    <w:rsid w:val="00753FB8"/>
    <w:rsid w:val="007A2D55"/>
    <w:rsid w:val="008151B8"/>
    <w:rsid w:val="00862C0D"/>
    <w:rsid w:val="008C0CFA"/>
    <w:rsid w:val="008E7832"/>
    <w:rsid w:val="008F5AF6"/>
    <w:rsid w:val="00930AE8"/>
    <w:rsid w:val="009A4AAB"/>
    <w:rsid w:val="009CE234"/>
    <w:rsid w:val="00A24785"/>
    <w:rsid w:val="00A643CC"/>
    <w:rsid w:val="00AA1D8D"/>
    <w:rsid w:val="00AE7226"/>
    <w:rsid w:val="00B01370"/>
    <w:rsid w:val="00B47730"/>
    <w:rsid w:val="00B53D09"/>
    <w:rsid w:val="00B573F5"/>
    <w:rsid w:val="00B63D32"/>
    <w:rsid w:val="00B642AA"/>
    <w:rsid w:val="00B64E75"/>
    <w:rsid w:val="00BB2E83"/>
    <w:rsid w:val="00C21CA6"/>
    <w:rsid w:val="00C75214"/>
    <w:rsid w:val="00CB0664"/>
    <w:rsid w:val="00CB30F7"/>
    <w:rsid w:val="00CD4608"/>
    <w:rsid w:val="00D67DAE"/>
    <w:rsid w:val="00D94883"/>
    <w:rsid w:val="00DC40EB"/>
    <w:rsid w:val="00E70D94"/>
    <w:rsid w:val="00EC7144"/>
    <w:rsid w:val="00EE0872"/>
    <w:rsid w:val="00EF38D1"/>
    <w:rsid w:val="00EF5A03"/>
    <w:rsid w:val="00FC693F"/>
    <w:rsid w:val="00FD47EE"/>
    <w:rsid w:val="00FF42DB"/>
    <w:rsid w:val="011710F4"/>
    <w:rsid w:val="017FC418"/>
    <w:rsid w:val="02BC3189"/>
    <w:rsid w:val="03112BBE"/>
    <w:rsid w:val="03699B0D"/>
    <w:rsid w:val="038B4A9C"/>
    <w:rsid w:val="04C17C0A"/>
    <w:rsid w:val="054B9EB9"/>
    <w:rsid w:val="056EB204"/>
    <w:rsid w:val="05DC798B"/>
    <w:rsid w:val="05F5D6FC"/>
    <w:rsid w:val="0639A2F1"/>
    <w:rsid w:val="063BB5E5"/>
    <w:rsid w:val="0657C4BB"/>
    <w:rsid w:val="06AEEE3A"/>
    <w:rsid w:val="06BEA0EC"/>
    <w:rsid w:val="07857963"/>
    <w:rsid w:val="07CE7742"/>
    <w:rsid w:val="0804DD70"/>
    <w:rsid w:val="082363E2"/>
    <w:rsid w:val="0832E878"/>
    <w:rsid w:val="085AEA67"/>
    <w:rsid w:val="08734C74"/>
    <w:rsid w:val="08C95BA7"/>
    <w:rsid w:val="092A5CD3"/>
    <w:rsid w:val="096302E4"/>
    <w:rsid w:val="096AA358"/>
    <w:rsid w:val="0A7D7C69"/>
    <w:rsid w:val="0B9FD836"/>
    <w:rsid w:val="0C787517"/>
    <w:rsid w:val="0C8926F6"/>
    <w:rsid w:val="0ED8CAB4"/>
    <w:rsid w:val="0F25873C"/>
    <w:rsid w:val="11341086"/>
    <w:rsid w:val="12572010"/>
    <w:rsid w:val="12B26C80"/>
    <w:rsid w:val="12F26BA5"/>
    <w:rsid w:val="1329D15A"/>
    <w:rsid w:val="135FEE2A"/>
    <w:rsid w:val="1389968A"/>
    <w:rsid w:val="1403F737"/>
    <w:rsid w:val="150A6F23"/>
    <w:rsid w:val="153ECCB6"/>
    <w:rsid w:val="157D071E"/>
    <w:rsid w:val="15CD64A9"/>
    <w:rsid w:val="15DA7FA3"/>
    <w:rsid w:val="163C4B55"/>
    <w:rsid w:val="16815D96"/>
    <w:rsid w:val="175D1177"/>
    <w:rsid w:val="17796498"/>
    <w:rsid w:val="17CF6693"/>
    <w:rsid w:val="17D22888"/>
    <w:rsid w:val="1809C2B6"/>
    <w:rsid w:val="184F59AF"/>
    <w:rsid w:val="18C3C756"/>
    <w:rsid w:val="18E9024D"/>
    <w:rsid w:val="198AAC2B"/>
    <w:rsid w:val="198AC048"/>
    <w:rsid w:val="1A2FF195"/>
    <w:rsid w:val="1B150EF2"/>
    <w:rsid w:val="1B4AB028"/>
    <w:rsid w:val="1C195C33"/>
    <w:rsid w:val="1CD27CEE"/>
    <w:rsid w:val="1E766B7E"/>
    <w:rsid w:val="1FAD7FE5"/>
    <w:rsid w:val="21D48FF5"/>
    <w:rsid w:val="223A2828"/>
    <w:rsid w:val="2268B634"/>
    <w:rsid w:val="2275614F"/>
    <w:rsid w:val="232C004F"/>
    <w:rsid w:val="23567ABB"/>
    <w:rsid w:val="2364FD36"/>
    <w:rsid w:val="23E483BA"/>
    <w:rsid w:val="25E8BF15"/>
    <w:rsid w:val="25F94907"/>
    <w:rsid w:val="26138BE5"/>
    <w:rsid w:val="261EE0DB"/>
    <w:rsid w:val="28B52F51"/>
    <w:rsid w:val="29192EAB"/>
    <w:rsid w:val="29645BA7"/>
    <w:rsid w:val="2A9A0BA7"/>
    <w:rsid w:val="2AE3A219"/>
    <w:rsid w:val="2B83FC84"/>
    <w:rsid w:val="2C438F4E"/>
    <w:rsid w:val="3118F156"/>
    <w:rsid w:val="3155C749"/>
    <w:rsid w:val="31D65328"/>
    <w:rsid w:val="327EE687"/>
    <w:rsid w:val="32DA3C07"/>
    <w:rsid w:val="351C50FB"/>
    <w:rsid w:val="354D7B9E"/>
    <w:rsid w:val="359A723B"/>
    <w:rsid w:val="3604F665"/>
    <w:rsid w:val="36E5452B"/>
    <w:rsid w:val="3775A423"/>
    <w:rsid w:val="37FFBDCD"/>
    <w:rsid w:val="38064D9D"/>
    <w:rsid w:val="382A93DB"/>
    <w:rsid w:val="3870BC18"/>
    <w:rsid w:val="38D7E3F1"/>
    <w:rsid w:val="39A4EA5A"/>
    <w:rsid w:val="3A9D52EC"/>
    <w:rsid w:val="3AAB6DE8"/>
    <w:rsid w:val="3ACD8956"/>
    <w:rsid w:val="3BCAAA0B"/>
    <w:rsid w:val="3C252D9C"/>
    <w:rsid w:val="3CE05059"/>
    <w:rsid w:val="3D83D7F0"/>
    <w:rsid w:val="3DDB71B7"/>
    <w:rsid w:val="3E26C05C"/>
    <w:rsid w:val="3E4A9C7F"/>
    <w:rsid w:val="3EC7E04B"/>
    <w:rsid w:val="3F17A77A"/>
    <w:rsid w:val="40014C53"/>
    <w:rsid w:val="40E84430"/>
    <w:rsid w:val="41249805"/>
    <w:rsid w:val="41447AC1"/>
    <w:rsid w:val="4153416D"/>
    <w:rsid w:val="416AEC4C"/>
    <w:rsid w:val="41E2C19C"/>
    <w:rsid w:val="4241570A"/>
    <w:rsid w:val="430E0B65"/>
    <w:rsid w:val="4328455B"/>
    <w:rsid w:val="43D88D97"/>
    <w:rsid w:val="441CEF85"/>
    <w:rsid w:val="44468588"/>
    <w:rsid w:val="44540A89"/>
    <w:rsid w:val="45472A56"/>
    <w:rsid w:val="456A887E"/>
    <w:rsid w:val="461E8B8C"/>
    <w:rsid w:val="466BE218"/>
    <w:rsid w:val="49B99AB6"/>
    <w:rsid w:val="4A635E96"/>
    <w:rsid w:val="4A80DF95"/>
    <w:rsid w:val="4AE7A662"/>
    <w:rsid w:val="4B2BBAD2"/>
    <w:rsid w:val="4BFE2041"/>
    <w:rsid w:val="4C96CB69"/>
    <w:rsid w:val="4C99F4B1"/>
    <w:rsid w:val="4D2FEF4C"/>
    <w:rsid w:val="4D317FE1"/>
    <w:rsid w:val="4D6890BF"/>
    <w:rsid w:val="4D9A5E4A"/>
    <w:rsid w:val="4F4D9027"/>
    <w:rsid w:val="4F674A2C"/>
    <w:rsid w:val="4F840FBE"/>
    <w:rsid w:val="4FF25805"/>
    <w:rsid w:val="5005AA7B"/>
    <w:rsid w:val="509CBA8A"/>
    <w:rsid w:val="514A0333"/>
    <w:rsid w:val="5204B15F"/>
    <w:rsid w:val="523C7821"/>
    <w:rsid w:val="527CB598"/>
    <w:rsid w:val="52DBD715"/>
    <w:rsid w:val="545C0AA2"/>
    <w:rsid w:val="5601AFD1"/>
    <w:rsid w:val="564BFEF7"/>
    <w:rsid w:val="57AD47DE"/>
    <w:rsid w:val="57DA263A"/>
    <w:rsid w:val="585FE86B"/>
    <w:rsid w:val="59BFF62C"/>
    <w:rsid w:val="5A01112D"/>
    <w:rsid w:val="5A3CD8B9"/>
    <w:rsid w:val="5AAD11E4"/>
    <w:rsid w:val="5B0573A3"/>
    <w:rsid w:val="5B1659B5"/>
    <w:rsid w:val="5B52B187"/>
    <w:rsid w:val="5B894F07"/>
    <w:rsid w:val="5BA11C83"/>
    <w:rsid w:val="5C1B8065"/>
    <w:rsid w:val="5EAB37DE"/>
    <w:rsid w:val="5ECD589B"/>
    <w:rsid w:val="5FC68EE6"/>
    <w:rsid w:val="62F912E0"/>
    <w:rsid w:val="6391D37E"/>
    <w:rsid w:val="644CF108"/>
    <w:rsid w:val="64613C21"/>
    <w:rsid w:val="65D59BC0"/>
    <w:rsid w:val="66694FDD"/>
    <w:rsid w:val="671BC795"/>
    <w:rsid w:val="67779860"/>
    <w:rsid w:val="678C60FD"/>
    <w:rsid w:val="687300F5"/>
    <w:rsid w:val="68787AE4"/>
    <w:rsid w:val="691663CE"/>
    <w:rsid w:val="69A612B4"/>
    <w:rsid w:val="6A504B29"/>
    <w:rsid w:val="6A70F606"/>
    <w:rsid w:val="6B3AC577"/>
    <w:rsid w:val="6B47C5FA"/>
    <w:rsid w:val="6C4617AB"/>
    <w:rsid w:val="6EE4A5B2"/>
    <w:rsid w:val="6F153732"/>
    <w:rsid w:val="709A3B66"/>
    <w:rsid w:val="7123F15B"/>
    <w:rsid w:val="71BB8331"/>
    <w:rsid w:val="7350FCDE"/>
    <w:rsid w:val="7486029A"/>
    <w:rsid w:val="75373E0D"/>
    <w:rsid w:val="76578BAF"/>
    <w:rsid w:val="76871DDD"/>
    <w:rsid w:val="77123440"/>
    <w:rsid w:val="77F6EB02"/>
    <w:rsid w:val="7817F9FC"/>
    <w:rsid w:val="79691540"/>
    <w:rsid w:val="79AE1381"/>
    <w:rsid w:val="79E38719"/>
    <w:rsid w:val="7AAB57CE"/>
    <w:rsid w:val="7B00BC88"/>
    <w:rsid w:val="7B105990"/>
    <w:rsid w:val="7B291E11"/>
    <w:rsid w:val="7B37E45C"/>
    <w:rsid w:val="7B623A93"/>
    <w:rsid w:val="7C5D0DCF"/>
    <w:rsid w:val="7D18041C"/>
    <w:rsid w:val="7D29B173"/>
    <w:rsid w:val="7D402C99"/>
    <w:rsid w:val="7D72E2DD"/>
    <w:rsid w:val="7DD149A3"/>
    <w:rsid w:val="7DEFA224"/>
    <w:rsid w:val="7E7A97D1"/>
    <w:rsid w:val="7E9D6547"/>
    <w:rsid w:val="7F008FEA"/>
    <w:rsid w:val="7F740A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522E69"/>
  <w14:defaultImageDpi w14:val="300"/>
  <w15:docId w15:val="{43B8B3E7-7286-4BE5-A43D-C97BF151B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7"/>
      </w:numPr>
      <w:contextualSpacing/>
    </w:pPr>
  </w:style>
  <w:style w:type="paragraph" w:styleId="ListBullet2">
    <w:name w:val="List Bullet 2"/>
    <w:basedOn w:val="Normal"/>
    <w:uiPriority w:val="99"/>
    <w:unhideWhenUsed/>
    <w:rsid w:val="00326F90"/>
    <w:pPr>
      <w:numPr>
        <w:numId w:val="8"/>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9"/>
      </w:numPr>
      <w:contextualSpacing/>
    </w:pPr>
  </w:style>
  <w:style w:type="paragraph" w:styleId="ListNumber2">
    <w:name w:val="List Number 2"/>
    <w:basedOn w:val="Normal"/>
    <w:uiPriority w:val="99"/>
    <w:unhideWhenUsed/>
    <w:rsid w:val="0029639D"/>
    <w:pPr>
      <w:numPr>
        <w:numId w:val="10"/>
      </w:numPr>
      <w:contextualSpacing/>
    </w:pPr>
  </w:style>
  <w:style w:type="paragraph" w:styleId="ListNumber3">
    <w:name w:val="List Number 3"/>
    <w:basedOn w:val="Normal"/>
    <w:uiPriority w:val="99"/>
    <w:unhideWhenUsed/>
    <w:rsid w:val="0029639D"/>
    <w:pPr>
      <w:numPr>
        <w:numId w:val="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60B96"/>
    <w:rPr>
      <w:color w:val="0000FF" w:themeColor="hyperlink"/>
      <w:u w:val="single"/>
    </w:rPr>
  </w:style>
  <w:style w:type="character" w:styleId="UnresolvedMention">
    <w:name w:val="Unresolved Mention"/>
    <w:basedOn w:val="DefaultParagraphFont"/>
    <w:uiPriority w:val="99"/>
    <w:semiHidden/>
    <w:unhideWhenUsed/>
    <w:rsid w:val="00360B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zliwoski@hot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9098C-9F7E-4F6C-836B-C0AAA34CC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972</Words>
  <Characters>5543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cp:lastPrinted>2026-10-16T12:58:00Z</cp:lastPrinted>
  <dcterms:created xsi:type="dcterms:W3CDTF">2026-10-17T22:50:00Z</dcterms:created>
  <dcterms:modified xsi:type="dcterms:W3CDTF">2026-10-17T22:50:00Z</dcterms:modified>
  <cp:category/>
</cp:coreProperties>
</file>