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663F7" w14:textId="77777777" w:rsidR="0087095D" w:rsidRDefault="002A68CE">
      <w:pPr>
        <w:pStyle w:val="Title"/>
        <w:jc w:val="center"/>
      </w:pPr>
      <w:r>
        <w:t>Alex Szliwoski</w:t>
      </w:r>
    </w:p>
    <w:p w14:paraId="305384BB" w14:textId="7F6B7CD5" w:rsidR="0087095D" w:rsidRDefault="00632B07" w:rsidP="00547EDF">
      <w:pPr>
        <w:jc w:val="center"/>
      </w:pPr>
      <w:r>
        <w:t>Palm City, FL</w:t>
      </w:r>
      <w:r w:rsidR="002A68CE">
        <w:br/>
      </w:r>
      <w:r>
        <w:t xml:space="preserve">(347) 574-2273 | </w:t>
      </w:r>
      <w:hyperlink r:id="rId6" w:history="1">
        <w:r w:rsidR="00355D90" w:rsidRPr="000F5290">
          <w:rPr>
            <w:rStyle w:val="Hyperlink"/>
          </w:rPr>
          <w:t>aszliwoski@hotmail.com</w:t>
        </w:r>
      </w:hyperlink>
      <w:r w:rsidR="00355D90">
        <w:t xml:space="preserve"> | alexszliwoski.com</w:t>
      </w:r>
    </w:p>
    <w:p w14:paraId="0F17BAC0" w14:textId="77777777" w:rsidR="0087095D" w:rsidRDefault="002A68CE">
      <w:r>
        <w:t>Dear Hiring Manager,</w:t>
      </w:r>
    </w:p>
    <w:p w14:paraId="1C640FCD" w14:textId="77777777" w:rsidR="0087095D" w:rsidRDefault="002A68CE">
      <w:r>
        <w:t>I am excited to submit my application for a Senior Network &amp; Systems Engineer position within your organization.</w:t>
      </w:r>
    </w:p>
    <w:p w14:paraId="45BED9DA" w14:textId="77777777" w:rsidR="0087095D" w:rsidRDefault="002A68CE">
      <w:r>
        <w:t>With more than 20 years of experience designing, implementing, securing, and supporting enterprise IT infrastructure, I have built a career around solving complex technical challenges while ensuring reliable, secure, and highly available systems. Throughout my career, I have supported organizations in the banking, healthcare, manufacturing, and managed services industries.</w:t>
      </w:r>
    </w:p>
    <w:p w14:paraId="45B86ABE" w14:textId="2CC15900" w:rsidR="0087095D" w:rsidRDefault="00632B07">
      <w:r>
        <w:t xml:space="preserve">In my </w:t>
      </w:r>
      <w:r w:rsidR="00355D90">
        <w:t xml:space="preserve">last </w:t>
      </w:r>
      <w:r>
        <w:t>role with First Citizens Bank, I help support enterprise infrastructure serving approximately 70,000 endpoints across more than 1,000 global branches and offices. Working as part of a</w:t>
      </w:r>
      <w:r w:rsidR="14349AAE">
        <w:t xml:space="preserve"> large team of engineers, I have collaborated with Help Desk, DevOps, Network Secur</w:t>
      </w:r>
      <w:r w:rsidR="4993E9EA">
        <w:t xml:space="preserve">ity, Virtualization, Application Owners and </w:t>
      </w:r>
      <w:r w:rsidR="7F0CA450">
        <w:t xml:space="preserve">Infrastructure teams </w:t>
      </w:r>
      <w:r w:rsidR="2AE5ADDD">
        <w:t xml:space="preserve">to resolve complex </w:t>
      </w:r>
      <w:r w:rsidR="665AF2A5">
        <w:t>technical</w:t>
      </w:r>
      <w:r w:rsidR="2AE5ADDD">
        <w:t xml:space="preserve"> issues, implement new technologies,</w:t>
      </w:r>
      <w:r>
        <w:t xml:space="preserve"> participate in enterprise migration projects, and provide advanced troubleshooting for critical infrastructure.</w:t>
      </w:r>
    </w:p>
    <w:p w14:paraId="4EE3E01A" w14:textId="0D18E213" w:rsidR="0087095D" w:rsidRDefault="00632B07">
      <w:r>
        <w:t>My technical background includes Windows Server, Active Director</w:t>
      </w:r>
      <w:r w:rsidR="2492418C">
        <w:t>y, Azure/Intune MDM</w:t>
      </w:r>
      <w:r>
        <w:t xml:space="preserve">, Microsoft 365, </w:t>
      </w:r>
      <w:r w:rsidR="5EFFC423">
        <w:t>application packaging and deployment</w:t>
      </w:r>
      <w:r>
        <w:t xml:space="preserve">, cybersecurity, </w:t>
      </w:r>
      <w:r w:rsidR="3E0F47EF">
        <w:t>SCCM/MECM</w:t>
      </w:r>
      <w:r>
        <w:t>, firewall administration, virtualization, and enterprise networking. I enjoy solving complex problems and delivering dependable solutions that improve business operations.</w:t>
      </w:r>
    </w:p>
    <w:p w14:paraId="17192090" w14:textId="77777777" w:rsidR="0087095D" w:rsidRDefault="002A68CE">
      <w:r>
        <w:t>I am seeking an opportunity where I can contribute my technical expertise while helping an organization modernize, secure, and optimize its infrastructure. I am confident my experience, professionalism, and commitment to excellence would make me a valuable member of your engineering team.</w:t>
      </w:r>
    </w:p>
    <w:p w14:paraId="1D13C800" w14:textId="6F34A680" w:rsidR="00355D90" w:rsidRDefault="00355D90">
      <w:r w:rsidRPr="00355D90">
        <w:t>I'm always interested in opportunities to apply my experience, expand my knowledge, collaborate with talented people, and contribute to meaningful technical and business outcomes. I'm looking forward to bringing my skills, perspective, and passion for technology to a team that values thoughtful engineering, continuous improvement, and dependable solutions.</w:t>
      </w:r>
    </w:p>
    <w:p w14:paraId="0D839542" w14:textId="77777777" w:rsidR="00547EDF" w:rsidRDefault="002A68CE">
      <w:r>
        <w:t>Thank you for your time and consideration. I welcome the opportunity to discuss how my background aligns with your needs. I look forward to speaking with you.</w:t>
      </w:r>
      <w:r w:rsidR="00547EDF">
        <w:rPr>
          <w:noProof/>
        </w:rPr>
        <w:drawing>
          <wp:inline distT="0" distB="0" distL="0" distR="0" wp14:anchorId="1B1E00AE" wp14:editId="690CDC57">
            <wp:extent cx="1533525" cy="495300"/>
            <wp:effectExtent l="0" t="0" r="9525" b="0"/>
            <wp:docPr id="1345554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554277" name=""/>
                    <pic:cNvPicPr/>
                  </pic:nvPicPr>
                  <pic:blipFill>
                    <a:blip r:embed="rId7"/>
                    <a:stretch>
                      <a:fillRect/>
                    </a:stretch>
                  </pic:blipFill>
                  <pic:spPr>
                    <a:xfrm>
                      <a:off x="0" y="0"/>
                      <a:ext cx="1533525" cy="495300"/>
                    </a:xfrm>
                    <a:prstGeom prst="rect">
                      <a:avLst/>
                    </a:prstGeom>
                  </pic:spPr>
                </pic:pic>
              </a:graphicData>
            </a:graphic>
          </wp:inline>
        </w:drawing>
      </w:r>
    </w:p>
    <w:p w14:paraId="4DFFF8FF" w14:textId="59A0EBD1" w:rsidR="0087095D" w:rsidRDefault="002A68CE">
      <w:r>
        <w:t>Sincerely,</w:t>
      </w:r>
      <w:r w:rsidR="00355D90">
        <w:br/>
      </w:r>
      <w:r>
        <w:t>Alex Szliwoski</w:t>
      </w:r>
    </w:p>
    <w:sectPr w:rsidR="0087095D" w:rsidSect="00034616">
      <w:pgSz w:w="12240" w:h="15840"/>
      <w:pgMar w:top="1000" w:right="1800" w:bottom="100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22766570">
    <w:abstractNumId w:val="8"/>
  </w:num>
  <w:num w:numId="2" w16cid:durableId="1700856100">
    <w:abstractNumId w:val="6"/>
  </w:num>
  <w:num w:numId="3" w16cid:durableId="1255895649">
    <w:abstractNumId w:val="5"/>
  </w:num>
  <w:num w:numId="4" w16cid:durableId="1346831051">
    <w:abstractNumId w:val="4"/>
  </w:num>
  <w:num w:numId="5" w16cid:durableId="1009258977">
    <w:abstractNumId w:val="7"/>
  </w:num>
  <w:num w:numId="6" w16cid:durableId="522550454">
    <w:abstractNumId w:val="3"/>
  </w:num>
  <w:num w:numId="7" w16cid:durableId="283393035">
    <w:abstractNumId w:val="2"/>
  </w:num>
  <w:num w:numId="8" w16cid:durableId="1238318429">
    <w:abstractNumId w:val="1"/>
  </w:num>
  <w:num w:numId="9" w16cid:durableId="1708217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78CB"/>
    <w:rsid w:val="001E0825"/>
    <w:rsid w:val="0029639D"/>
    <w:rsid w:val="002A68CE"/>
    <w:rsid w:val="00326F90"/>
    <w:rsid w:val="00355D90"/>
    <w:rsid w:val="00547EDF"/>
    <w:rsid w:val="00632B07"/>
    <w:rsid w:val="0087095D"/>
    <w:rsid w:val="00AA1D8D"/>
    <w:rsid w:val="00B47730"/>
    <w:rsid w:val="00B573F5"/>
    <w:rsid w:val="00CB0664"/>
    <w:rsid w:val="00FC693F"/>
    <w:rsid w:val="053EAF7A"/>
    <w:rsid w:val="0916ECA7"/>
    <w:rsid w:val="0A5F42F2"/>
    <w:rsid w:val="0F20BAA7"/>
    <w:rsid w:val="14349AAE"/>
    <w:rsid w:val="1B441A6E"/>
    <w:rsid w:val="1E4B4B8C"/>
    <w:rsid w:val="2492418C"/>
    <w:rsid w:val="250BFEEA"/>
    <w:rsid w:val="2AE5ADDD"/>
    <w:rsid w:val="32325966"/>
    <w:rsid w:val="33EAF963"/>
    <w:rsid w:val="3B43F4B5"/>
    <w:rsid w:val="3E0F47EF"/>
    <w:rsid w:val="3E61BA6D"/>
    <w:rsid w:val="464C66BC"/>
    <w:rsid w:val="4674D63D"/>
    <w:rsid w:val="46DD7A33"/>
    <w:rsid w:val="494637FC"/>
    <w:rsid w:val="4993E9EA"/>
    <w:rsid w:val="4DE741A5"/>
    <w:rsid w:val="53110E4E"/>
    <w:rsid w:val="58005E55"/>
    <w:rsid w:val="5C48C569"/>
    <w:rsid w:val="5D66A36E"/>
    <w:rsid w:val="5E090977"/>
    <w:rsid w:val="5E6809F7"/>
    <w:rsid w:val="5EFFC423"/>
    <w:rsid w:val="665AF2A5"/>
    <w:rsid w:val="698A4417"/>
    <w:rsid w:val="6C6D08C6"/>
    <w:rsid w:val="7519FEE3"/>
    <w:rsid w:val="7659BB76"/>
    <w:rsid w:val="7790509C"/>
    <w:rsid w:val="7D9975C5"/>
    <w:rsid w:val="7F0CA4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591D33"/>
  <w14:defaultImageDpi w14:val="300"/>
  <w15:docId w15:val="{A9A32491-76DE-284C-9D1C-89C95DB7A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55D90"/>
    <w:rPr>
      <w:color w:val="0000FF" w:themeColor="hyperlink"/>
      <w:u w:val="single"/>
    </w:rPr>
  </w:style>
  <w:style w:type="character" w:styleId="UnresolvedMention">
    <w:name w:val="Unresolved Mention"/>
    <w:basedOn w:val="DefaultParagraphFont"/>
    <w:uiPriority w:val="99"/>
    <w:semiHidden/>
    <w:unhideWhenUsed/>
    <w:rsid w:val="00355D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szliwoski@hot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348</Words>
  <Characters>1985</Characters>
  <Application>Microsoft Office Word</Application>
  <DocSecurity>0</DocSecurity>
  <Lines>16</Lines>
  <Paragraphs>4</Paragraphs>
  <ScaleCrop>false</ScaleCrop>
  <Manager/>
  <Company/>
  <LinksUpToDate>false</LinksUpToDate>
  <CharactersWithSpaces>2329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5</cp:revision>
  <dcterms:created xsi:type="dcterms:W3CDTF">2026-10-13T11:20:00Z</dcterms:created>
  <dcterms:modified xsi:type="dcterms:W3CDTF">2026-10-17T22:55:00Z</dcterms:modified>
  <cp:category/>
</cp:coreProperties>
</file>